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0624" w:rsidRPr="00965E73" w:rsidRDefault="001865E5" w:rsidP="00F612AC">
      <w:pPr>
        <w:pStyle w:val="Balk1"/>
        <w:spacing w:before="120" w:after="120"/>
        <w:jc w:val="center"/>
        <w:rPr>
          <w:rFonts w:ascii="Times New Roman" w:hAnsi="Times New Roman" w:cs="Times New Roman"/>
          <w:color w:val="auto"/>
          <w:sz w:val="24"/>
          <w:szCs w:val="24"/>
          <w:lang w:val="tr-TR"/>
        </w:rPr>
      </w:pPr>
      <w:bookmarkStart w:id="0" w:name="_GoBack"/>
      <w:bookmarkEnd w:id="0"/>
      <w:r w:rsidRPr="00965E73">
        <w:rPr>
          <w:rFonts w:ascii="Times New Roman" w:hAnsi="Times New Roman" w:cs="Times New Roman"/>
          <w:color w:val="auto"/>
          <w:sz w:val="24"/>
          <w:szCs w:val="24"/>
          <w:lang w:val="tr-TR"/>
        </w:rPr>
        <w:t>SİİRT ÜNİVERSİTESİ</w:t>
      </w:r>
      <w:r w:rsidR="00FB0624" w:rsidRPr="00965E73">
        <w:rPr>
          <w:rFonts w:ascii="Times New Roman" w:hAnsi="Times New Roman" w:cs="Times New Roman"/>
          <w:color w:val="auto"/>
          <w:sz w:val="24"/>
          <w:szCs w:val="24"/>
          <w:lang w:val="tr-TR"/>
        </w:rPr>
        <w:t xml:space="preserve"> </w:t>
      </w:r>
    </w:p>
    <w:p w:rsidR="008843BB" w:rsidRPr="00965E73" w:rsidRDefault="001865E5" w:rsidP="00F612AC">
      <w:pPr>
        <w:pStyle w:val="Balk1"/>
        <w:spacing w:before="120" w:after="120"/>
        <w:jc w:val="center"/>
        <w:rPr>
          <w:rFonts w:ascii="Times New Roman" w:hAnsi="Times New Roman" w:cs="Times New Roman"/>
          <w:b w:val="0"/>
          <w:color w:val="auto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color w:val="auto"/>
          <w:sz w:val="24"/>
          <w:szCs w:val="24"/>
          <w:lang w:val="tr-TR"/>
        </w:rPr>
        <w:t>DANIŞMA KURULU YÖNERGESİ</w:t>
      </w:r>
      <w:r w:rsidRPr="00965E73">
        <w:rPr>
          <w:rFonts w:ascii="Times New Roman" w:hAnsi="Times New Roman" w:cs="Times New Roman"/>
          <w:b w:val="0"/>
          <w:color w:val="auto"/>
          <w:sz w:val="24"/>
          <w:szCs w:val="24"/>
          <w:lang w:val="tr-TR"/>
        </w:rPr>
        <w:br/>
      </w:r>
    </w:p>
    <w:p w:rsidR="008843BB" w:rsidRPr="00965E73" w:rsidRDefault="001865E5" w:rsidP="007A0343">
      <w:pPr>
        <w:pStyle w:val="Balk2"/>
        <w:spacing w:before="120" w:after="120"/>
        <w:jc w:val="center"/>
        <w:rPr>
          <w:rFonts w:ascii="Times New Roman" w:hAnsi="Times New Roman" w:cs="Times New Roman"/>
          <w:color w:val="auto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color w:val="auto"/>
          <w:sz w:val="24"/>
          <w:szCs w:val="24"/>
          <w:lang w:val="tr-TR"/>
        </w:rPr>
        <w:t>BİRİNCİ BÖLÜM</w:t>
      </w:r>
      <w:r w:rsidRPr="00965E73">
        <w:rPr>
          <w:rFonts w:ascii="Times New Roman" w:hAnsi="Times New Roman" w:cs="Times New Roman"/>
          <w:color w:val="auto"/>
          <w:sz w:val="24"/>
          <w:szCs w:val="24"/>
          <w:lang w:val="tr-TR"/>
        </w:rPr>
        <w:br/>
        <w:t>Amaç, Kapsam, Dayanak ve Tanımlar</w:t>
      </w:r>
    </w:p>
    <w:p w:rsidR="00162A37" w:rsidRPr="00965E73" w:rsidRDefault="00F612AC" w:rsidP="00F612AC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 xml:space="preserve">Amaç </w:t>
      </w:r>
    </w:p>
    <w:p w:rsidR="008843BB" w:rsidRPr="00965E73" w:rsidRDefault="001865E5" w:rsidP="00F612AC">
      <w:pPr>
        <w:spacing w:before="120" w:after="1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MADDE 1 – (1)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5A5620" w:rsidRPr="00965E73">
        <w:rPr>
          <w:rFonts w:ascii="Times New Roman" w:hAnsi="Times New Roman" w:cs="Times New Roman"/>
          <w:sz w:val="24"/>
          <w:szCs w:val="24"/>
          <w:lang w:val="tr-TR"/>
        </w:rPr>
        <w:t>Bu y</w:t>
      </w:r>
      <w:r w:rsidR="004B2524" w:rsidRPr="00965E73">
        <w:rPr>
          <w:rFonts w:ascii="Times New Roman" w:hAnsi="Times New Roman" w:cs="Times New Roman"/>
          <w:sz w:val="24"/>
          <w:szCs w:val="24"/>
          <w:lang w:val="tr-TR"/>
        </w:rPr>
        <w:t>önerge</w:t>
      </w:r>
      <w:r w:rsidR="005A5620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nin amacı; Siirt Üniversitesi’nin </w:t>
      </w:r>
      <w:r w:rsidR="004B2524" w:rsidRPr="00965E73">
        <w:rPr>
          <w:rFonts w:ascii="Times New Roman" w:hAnsi="Times New Roman" w:cs="Times New Roman"/>
          <w:sz w:val="24"/>
          <w:szCs w:val="24"/>
          <w:lang w:val="tr-TR"/>
        </w:rPr>
        <w:t>eğitim-öğretim, araştırma-geliştirme, toplumsal katkı ve yönetim süreçlerinin etkinliğini ar</w:t>
      </w:r>
      <w:r w:rsidR="00FE4D10" w:rsidRPr="00965E73">
        <w:rPr>
          <w:rFonts w:ascii="Times New Roman" w:hAnsi="Times New Roman" w:cs="Times New Roman"/>
          <w:sz w:val="24"/>
          <w:szCs w:val="24"/>
          <w:lang w:val="tr-TR"/>
        </w:rPr>
        <w:t>t</w:t>
      </w:r>
      <w:r w:rsidR="004B2524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tırmak, kamu-üniversite-sanayi iş birliğini güçlendirmek, sürdürülebilir iş birlikleri oluşturmak ve paydaş görüşlerini kurumsal gelişime yansıtmak amacıyla </w:t>
      </w:r>
      <w:r w:rsidR="00FE4D10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danışma kurullarının </w:t>
      </w:r>
      <w:r w:rsidR="004B2524" w:rsidRPr="00965E73">
        <w:rPr>
          <w:rFonts w:ascii="Times New Roman" w:hAnsi="Times New Roman" w:cs="Times New Roman"/>
          <w:sz w:val="24"/>
          <w:szCs w:val="24"/>
          <w:lang w:val="tr-TR"/>
        </w:rPr>
        <w:t>kuruluş, görev, yetki, çalışma usul ve esaslarını düzenlemektir.</w:t>
      </w:r>
    </w:p>
    <w:p w:rsidR="00162A37" w:rsidRPr="00965E73" w:rsidRDefault="00F612AC" w:rsidP="00F612AC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 xml:space="preserve">Kapsam </w:t>
      </w:r>
    </w:p>
    <w:p w:rsidR="008843BB" w:rsidRPr="00965E73" w:rsidRDefault="001865E5" w:rsidP="00F612AC">
      <w:pPr>
        <w:spacing w:before="120" w:after="1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MADDE 2 – (1)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4B2524" w:rsidRPr="00965E73">
        <w:rPr>
          <w:rFonts w:ascii="Times New Roman" w:hAnsi="Times New Roman" w:cs="Times New Roman"/>
          <w:sz w:val="24"/>
          <w:szCs w:val="24"/>
          <w:lang w:val="tr-TR"/>
        </w:rPr>
        <w:t>Bu yönerge, Siirt Üniversitesi Danışma Kurulu ile bünyesindeki Enstitü, Fakülte, Yüksekokul, Meslek Yüksekokulu</w:t>
      </w:r>
      <w:r w:rsidR="00FE4D10" w:rsidRPr="00965E73">
        <w:rPr>
          <w:rFonts w:ascii="Times New Roman" w:hAnsi="Times New Roman" w:cs="Times New Roman"/>
          <w:sz w:val="24"/>
          <w:szCs w:val="24"/>
          <w:lang w:val="tr-TR"/>
        </w:rPr>
        <w:t>, Konservatuar,</w:t>
      </w:r>
      <w:r w:rsidR="004B2524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FE4D10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Uygulama ve Araştırma Merkezlerinin </w:t>
      </w:r>
      <w:r w:rsidR="004B2524" w:rsidRPr="00965E73">
        <w:rPr>
          <w:rFonts w:ascii="Times New Roman" w:hAnsi="Times New Roman" w:cs="Times New Roman"/>
          <w:sz w:val="24"/>
          <w:szCs w:val="24"/>
          <w:lang w:val="tr-TR"/>
        </w:rPr>
        <w:t>kamu</w:t>
      </w:r>
      <w:r w:rsidR="00595711">
        <w:rPr>
          <w:rFonts w:ascii="Times New Roman" w:hAnsi="Times New Roman" w:cs="Times New Roman"/>
          <w:sz w:val="24"/>
          <w:szCs w:val="24"/>
          <w:lang w:val="tr-TR"/>
        </w:rPr>
        <w:t xml:space="preserve"> kurum</w:t>
      </w:r>
      <w:r w:rsidR="004B2524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ve özel sektör kuruluşları, sivil toplum ör</w:t>
      </w:r>
      <w:r w:rsidR="00FE4D10" w:rsidRPr="00965E73">
        <w:rPr>
          <w:rFonts w:ascii="Times New Roman" w:hAnsi="Times New Roman" w:cs="Times New Roman"/>
          <w:sz w:val="24"/>
          <w:szCs w:val="24"/>
          <w:lang w:val="tr-TR"/>
        </w:rPr>
        <w:t>gütleri ve diğer paydaşlarla iş</w:t>
      </w:r>
      <w:r w:rsidR="004B2524" w:rsidRPr="00965E73">
        <w:rPr>
          <w:rFonts w:ascii="Times New Roman" w:hAnsi="Times New Roman" w:cs="Times New Roman"/>
          <w:sz w:val="24"/>
          <w:szCs w:val="24"/>
          <w:lang w:val="tr-TR"/>
        </w:rPr>
        <w:t>birliği, iletişim ve etkileşimini güçlendirmeye yönelik olarak kurulacak danışma kurullarının oluşumu, görevleri, yetkileri ile çalışma usul ve esaslarını kapsamaktadır.</w:t>
      </w:r>
    </w:p>
    <w:p w:rsidR="00162A37" w:rsidRPr="00965E73" w:rsidRDefault="00F612AC" w:rsidP="00F612AC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 xml:space="preserve">Dayanak </w:t>
      </w:r>
    </w:p>
    <w:p w:rsidR="008843BB" w:rsidRPr="00965E73" w:rsidRDefault="001865E5" w:rsidP="00F612AC">
      <w:pPr>
        <w:spacing w:before="120" w:after="1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MADDE 3 – (1)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4B2524" w:rsidRPr="00965E73">
        <w:rPr>
          <w:rFonts w:ascii="Times New Roman" w:hAnsi="Times New Roman" w:cs="Times New Roman"/>
          <w:sz w:val="24"/>
          <w:szCs w:val="24"/>
          <w:lang w:val="tr-TR"/>
        </w:rPr>
        <w:t>Bu yönerge, 2547 Sayılı Yükseköğretim Kanunu</w:t>
      </w:r>
      <w:r w:rsidR="00FE4D10" w:rsidRPr="00965E73">
        <w:rPr>
          <w:rFonts w:ascii="Times New Roman" w:hAnsi="Times New Roman" w:cs="Times New Roman"/>
          <w:sz w:val="24"/>
          <w:szCs w:val="24"/>
          <w:lang w:val="tr-TR"/>
        </w:rPr>
        <w:t>’</w:t>
      </w:r>
      <w:r w:rsidR="004B2524" w:rsidRPr="00965E73">
        <w:rPr>
          <w:rFonts w:ascii="Times New Roman" w:hAnsi="Times New Roman" w:cs="Times New Roman"/>
          <w:sz w:val="24"/>
          <w:szCs w:val="24"/>
          <w:lang w:val="tr-TR"/>
        </w:rPr>
        <w:t>nun 44</w:t>
      </w:r>
      <w:r w:rsidR="00FE4D10" w:rsidRPr="00965E73">
        <w:rPr>
          <w:rFonts w:ascii="Times New Roman" w:hAnsi="Times New Roman" w:cs="Times New Roman"/>
          <w:sz w:val="24"/>
          <w:szCs w:val="24"/>
          <w:lang w:val="tr-TR"/>
        </w:rPr>
        <w:t>’</w:t>
      </w:r>
      <w:r w:rsidR="004B2524" w:rsidRPr="00965E73">
        <w:rPr>
          <w:rFonts w:ascii="Times New Roman" w:hAnsi="Times New Roman" w:cs="Times New Roman"/>
          <w:sz w:val="24"/>
          <w:szCs w:val="24"/>
          <w:lang w:val="tr-TR"/>
        </w:rPr>
        <w:t>üncü Maddesi</w:t>
      </w:r>
      <w:r w:rsidR="00FE4D10" w:rsidRPr="00965E73">
        <w:rPr>
          <w:rFonts w:ascii="Times New Roman" w:hAnsi="Times New Roman" w:cs="Times New Roman"/>
          <w:sz w:val="24"/>
          <w:szCs w:val="24"/>
          <w:lang w:val="tr-TR"/>
        </w:rPr>
        <w:t>’</w:t>
      </w:r>
      <w:r w:rsidR="004B2524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nin (f) fıkrası ve Yükseköğretim Kurulu Başkanlığı’nın 08.10.2016 tarih ve 29851 sayılı Resmî Gazete’de yayımlanan Yükseköğretim Kurumlarında Danışma Kurulu </w:t>
      </w:r>
      <w:r w:rsidR="00FE4D10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oluşturulmasına </w:t>
      </w:r>
      <w:r w:rsidR="002B2FE9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ilişkin yönetmelik </w:t>
      </w:r>
      <w:r w:rsidR="004B2524" w:rsidRPr="00965E73">
        <w:rPr>
          <w:rFonts w:ascii="Times New Roman" w:hAnsi="Times New Roman" w:cs="Times New Roman"/>
          <w:sz w:val="24"/>
          <w:szCs w:val="24"/>
          <w:lang w:val="tr-TR"/>
        </w:rPr>
        <w:t>esas alınarak oluşturulmuştur.</w:t>
      </w:r>
    </w:p>
    <w:p w:rsidR="00162A37" w:rsidRPr="00965E73" w:rsidRDefault="00F612AC" w:rsidP="00F612AC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 xml:space="preserve">Tanımlar </w:t>
      </w:r>
    </w:p>
    <w:p w:rsidR="008843BB" w:rsidRPr="00965E73" w:rsidRDefault="001865E5" w:rsidP="00F612AC">
      <w:pPr>
        <w:spacing w:before="120" w:after="1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MADDE 4 – (1)</w:t>
      </w:r>
      <w:r w:rsidR="002B2FE9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Bu </w:t>
      </w:r>
      <w:r w:rsidR="008C55E3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yönergede 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>geçen;</w:t>
      </w:r>
    </w:p>
    <w:p w:rsidR="005E08F6" w:rsidRPr="00965E73" w:rsidRDefault="001865E5" w:rsidP="009763AC">
      <w:pPr>
        <w:spacing w:before="120" w:after="120"/>
        <w:ind w:left="7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a) Üniversite</w:t>
      </w:r>
      <w:r w:rsidR="004E7AEB" w:rsidRPr="00965E73"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 w:rsidR="004E7AEB" w:rsidRPr="00965E73"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 w:rsidR="009763AC" w:rsidRPr="00965E73"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 w:rsidR="009763AC" w:rsidRPr="00965E73"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: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Siirt Üniversitesini,</w:t>
      </w:r>
    </w:p>
    <w:p w:rsidR="005E08F6" w:rsidRPr="00965E73" w:rsidRDefault="001865E5" w:rsidP="009763AC">
      <w:pPr>
        <w:spacing w:before="120" w:after="120"/>
        <w:ind w:left="7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b) Rektör</w:t>
      </w:r>
      <w:r w:rsidR="004E7AEB" w:rsidRPr="00965E73"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 w:rsidR="004E7AEB" w:rsidRPr="00965E73"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 w:rsidR="009763AC" w:rsidRPr="00965E73"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 w:rsidR="009763AC" w:rsidRPr="00965E73"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: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Siirt Üniversitesi Rektörünü,</w:t>
      </w:r>
    </w:p>
    <w:p w:rsidR="005E08F6" w:rsidRPr="00965E73" w:rsidRDefault="001865E5" w:rsidP="009763AC">
      <w:pPr>
        <w:spacing w:before="120" w:after="120"/>
        <w:ind w:left="7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c) Senato</w:t>
      </w:r>
      <w:r w:rsidR="004E7AEB" w:rsidRPr="00965E73"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 w:rsidR="004E7AEB" w:rsidRPr="00965E73"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 w:rsidR="009763AC" w:rsidRPr="00965E73"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 w:rsidR="009763AC" w:rsidRPr="00965E73"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: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Siirt Üniversitesi Senatosunu,</w:t>
      </w:r>
    </w:p>
    <w:p w:rsidR="005E08F6" w:rsidRPr="00965E73" w:rsidRDefault="001865E5" w:rsidP="009763AC">
      <w:pPr>
        <w:spacing w:before="120" w:after="120"/>
        <w:ind w:left="7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ç) Yönetim Kurulu</w:t>
      </w:r>
      <w:r w:rsidR="004E7AEB" w:rsidRPr="00965E73"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 w:rsidR="009763AC" w:rsidRPr="00965E73"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 w:rsidR="009763AC" w:rsidRPr="00965E73"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: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Siirt Üniversitesi Yönetim Kurulunu,</w:t>
      </w:r>
    </w:p>
    <w:p w:rsidR="005E08F6" w:rsidRPr="00965E73" w:rsidRDefault="005E08F6" w:rsidP="009763AC">
      <w:pPr>
        <w:spacing w:before="120" w:after="120"/>
        <w:ind w:left="7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d)</w:t>
      </w:r>
      <w:r w:rsidR="002B2FE9" w:rsidRPr="00965E73">
        <w:rPr>
          <w:rFonts w:ascii="Times New Roman" w:hAnsi="Times New Roman" w:cs="Times New Roman"/>
          <w:b/>
          <w:sz w:val="24"/>
          <w:szCs w:val="24"/>
          <w:lang w:val="tr-TR"/>
        </w:rPr>
        <w:t xml:space="preserve"> </w:t>
      </w:r>
      <w:r w:rsidR="001865E5" w:rsidRPr="00965E73">
        <w:rPr>
          <w:rFonts w:ascii="Times New Roman" w:hAnsi="Times New Roman" w:cs="Times New Roman"/>
          <w:b/>
          <w:sz w:val="24"/>
          <w:szCs w:val="24"/>
          <w:lang w:val="tr-TR"/>
        </w:rPr>
        <w:t>Birim</w:t>
      </w:r>
      <w:r w:rsidR="004E7AEB" w:rsidRPr="00965E73"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 w:rsidR="004E7AEB" w:rsidRPr="00965E73"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 w:rsidR="009763AC" w:rsidRPr="00965E73"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 w:rsidR="009763AC" w:rsidRPr="00965E73"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 w:rsidR="001865E5" w:rsidRPr="00965E73">
        <w:rPr>
          <w:rFonts w:ascii="Times New Roman" w:hAnsi="Times New Roman" w:cs="Times New Roman"/>
          <w:b/>
          <w:sz w:val="24"/>
          <w:szCs w:val="24"/>
          <w:lang w:val="tr-TR"/>
        </w:rPr>
        <w:t>:</w:t>
      </w:r>
      <w:r w:rsidR="001865E5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Üniversiteye bağlı akademik birimle</w:t>
      </w:r>
      <w:r w:rsidR="00162A37" w:rsidRPr="00965E73">
        <w:rPr>
          <w:rFonts w:ascii="Times New Roman" w:hAnsi="Times New Roman" w:cs="Times New Roman"/>
          <w:sz w:val="24"/>
          <w:szCs w:val="24"/>
          <w:lang w:val="tr-TR"/>
        </w:rPr>
        <w:t>ri (</w:t>
      </w:r>
      <w:r w:rsidR="008C55E3" w:rsidRPr="00965E73">
        <w:rPr>
          <w:rFonts w:ascii="Times New Roman" w:hAnsi="Times New Roman" w:cs="Times New Roman"/>
          <w:sz w:val="24"/>
          <w:szCs w:val="24"/>
          <w:lang w:val="tr-TR"/>
        </w:rPr>
        <w:t>Enstitü, Fakülte, Yüksekokul, Meslek Yüksekokulu, Konservatuar, Uygulama ve Araştırma Merkezleri</w:t>
      </w:r>
      <w:r w:rsidR="001865E5" w:rsidRPr="00965E73">
        <w:rPr>
          <w:rFonts w:ascii="Times New Roman" w:hAnsi="Times New Roman" w:cs="Times New Roman"/>
          <w:sz w:val="24"/>
          <w:szCs w:val="24"/>
          <w:lang w:val="tr-TR"/>
        </w:rPr>
        <w:t>),</w:t>
      </w:r>
    </w:p>
    <w:p w:rsidR="005E08F6" w:rsidRPr="00965E73" w:rsidRDefault="001865E5" w:rsidP="009763AC">
      <w:pPr>
        <w:spacing w:before="120" w:after="120"/>
        <w:ind w:left="7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e) Üniversite Danışma Kurulu</w:t>
      </w:r>
      <w:r w:rsidR="009763AC" w:rsidRPr="00965E73"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: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Siirt Üniversitesi Danışma Kurulunu,</w:t>
      </w:r>
    </w:p>
    <w:p w:rsidR="005E08F6" w:rsidRPr="00965E73" w:rsidRDefault="001865E5" w:rsidP="009763AC">
      <w:pPr>
        <w:spacing w:before="120" w:after="120"/>
        <w:ind w:left="7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lastRenderedPageBreak/>
        <w:t>f) Birim Danışma Kurulu: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Üniversite birimlerinde oluşturulan danışma kurullarını,</w:t>
      </w:r>
    </w:p>
    <w:p w:rsidR="005E08F6" w:rsidRPr="00965E73" w:rsidRDefault="001865E5" w:rsidP="009763AC">
      <w:pPr>
        <w:spacing w:before="120" w:after="120"/>
        <w:ind w:left="7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g) İç Paydaş</w:t>
      </w:r>
      <w:r w:rsidR="009763AC" w:rsidRPr="00965E73"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 w:rsidR="009763AC" w:rsidRPr="00965E73"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 w:rsidR="009763AC" w:rsidRPr="00965E73"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 w:rsidR="009763AC" w:rsidRPr="00965E73"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: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8C55E3" w:rsidRPr="00965E73">
        <w:rPr>
          <w:rFonts w:ascii="Times New Roman" w:hAnsi="Times New Roman" w:cs="Times New Roman"/>
          <w:sz w:val="24"/>
          <w:szCs w:val="24"/>
          <w:lang w:val="tr-TR"/>
        </w:rPr>
        <w:t>Akademik ve idari personeli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>,</w:t>
      </w:r>
    </w:p>
    <w:p w:rsidR="005E08F6" w:rsidRPr="00965E73" w:rsidRDefault="001865E5" w:rsidP="009763AC">
      <w:pPr>
        <w:spacing w:before="120" w:after="120"/>
        <w:ind w:left="7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ğ) Dış Paydaş</w:t>
      </w:r>
      <w:r w:rsidR="009763AC" w:rsidRPr="00965E73"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 w:rsidR="009763AC" w:rsidRPr="00965E73"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 w:rsidR="009763AC" w:rsidRPr="00965E73"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 w:rsidR="009763AC" w:rsidRPr="00965E73"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: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162750" w:rsidRPr="00965E73">
        <w:rPr>
          <w:rFonts w:ascii="Times New Roman" w:hAnsi="Times New Roman" w:cs="Times New Roman"/>
          <w:sz w:val="24"/>
          <w:szCs w:val="24"/>
          <w:lang w:val="tr-TR"/>
        </w:rPr>
        <w:t>K</w:t>
      </w:r>
      <w:r w:rsidR="00162750" w:rsidRPr="00965E73">
        <w:rPr>
          <w:rFonts w:ascii="Times New Roman" w:hAnsi="Times New Roman" w:cs="Times New Roman"/>
        </w:rPr>
        <w:t>amu kurum ve kuruluşları, özel sektör temsilcileri, mezunlar, meslek odaları ile sivil toplum kuruluşları,</w:t>
      </w:r>
    </w:p>
    <w:p w:rsidR="002B2FE9" w:rsidRPr="00965E73" w:rsidRDefault="001865E5" w:rsidP="009763AC">
      <w:pPr>
        <w:spacing w:before="120" w:after="120"/>
        <w:ind w:left="7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h) Sekretarya</w:t>
      </w:r>
      <w:r w:rsidR="009763AC" w:rsidRPr="00965E73"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 w:rsidR="009763AC" w:rsidRPr="00965E73"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 w:rsidR="009763AC" w:rsidRPr="00965E73"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 w:rsidR="009763AC" w:rsidRPr="00965E73"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: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Kurulun yazışma, arşiv ve toplantı işlerini yürüten ilgili idari birimi</w:t>
      </w:r>
      <w:r w:rsidR="002B2FE9" w:rsidRPr="00965E73">
        <w:rPr>
          <w:rFonts w:ascii="Times New Roman" w:hAnsi="Times New Roman" w:cs="Times New Roman"/>
          <w:sz w:val="24"/>
          <w:szCs w:val="24"/>
          <w:lang w:val="tr-TR"/>
        </w:rPr>
        <w:t>,</w:t>
      </w:r>
    </w:p>
    <w:p w:rsidR="008843BB" w:rsidRPr="00965E73" w:rsidRDefault="001865E5" w:rsidP="009763AC">
      <w:pPr>
        <w:spacing w:before="120" w:after="120"/>
        <w:ind w:left="7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sz w:val="24"/>
          <w:szCs w:val="24"/>
          <w:lang w:val="tr-TR"/>
        </w:rPr>
        <w:t>ifade eder.</w:t>
      </w:r>
    </w:p>
    <w:p w:rsidR="00D17FA9" w:rsidRPr="00965E73" w:rsidRDefault="001865E5" w:rsidP="007A0343">
      <w:pPr>
        <w:pStyle w:val="Balk2"/>
        <w:spacing w:before="120" w:after="120"/>
        <w:jc w:val="center"/>
        <w:rPr>
          <w:rFonts w:ascii="Times New Roman" w:hAnsi="Times New Roman" w:cs="Times New Roman"/>
          <w:color w:val="auto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color w:val="auto"/>
          <w:sz w:val="24"/>
          <w:szCs w:val="24"/>
          <w:lang w:val="tr-TR"/>
        </w:rPr>
        <w:t>İKİNCİ BÖLÜM</w:t>
      </w:r>
      <w:r w:rsidRPr="00965E73">
        <w:rPr>
          <w:rFonts w:ascii="Times New Roman" w:hAnsi="Times New Roman" w:cs="Times New Roman"/>
          <w:b w:val="0"/>
          <w:color w:val="auto"/>
          <w:sz w:val="24"/>
          <w:szCs w:val="24"/>
          <w:lang w:val="tr-TR"/>
        </w:rPr>
        <w:br/>
      </w:r>
      <w:r w:rsidRPr="00965E73">
        <w:rPr>
          <w:rFonts w:ascii="Times New Roman" w:hAnsi="Times New Roman" w:cs="Times New Roman"/>
          <w:color w:val="auto"/>
          <w:sz w:val="24"/>
          <w:szCs w:val="24"/>
          <w:lang w:val="tr-TR"/>
        </w:rPr>
        <w:t xml:space="preserve">Danışma Kurullarının </w:t>
      </w:r>
      <w:r w:rsidR="00CC3E27" w:rsidRPr="00965E73">
        <w:rPr>
          <w:rFonts w:ascii="Times New Roman" w:hAnsi="Times New Roman" w:cs="Times New Roman"/>
          <w:color w:val="auto"/>
          <w:sz w:val="24"/>
          <w:szCs w:val="24"/>
          <w:lang w:val="tr-TR"/>
        </w:rPr>
        <w:t>Oluşturulması</w:t>
      </w:r>
      <w:r w:rsidRPr="00965E73">
        <w:rPr>
          <w:rFonts w:ascii="Times New Roman" w:hAnsi="Times New Roman" w:cs="Times New Roman"/>
          <w:color w:val="auto"/>
          <w:sz w:val="24"/>
          <w:szCs w:val="24"/>
          <w:lang w:val="tr-TR"/>
        </w:rPr>
        <w:t xml:space="preserve"> ve Üyelerin Belirlenmesi</w:t>
      </w:r>
    </w:p>
    <w:p w:rsidR="00D17FA9" w:rsidRPr="00965E73" w:rsidRDefault="00D17FA9" w:rsidP="00F612AC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Danışma Kurulu</w:t>
      </w:r>
    </w:p>
    <w:p w:rsidR="00D66D28" w:rsidRPr="00965E73" w:rsidRDefault="005E08F6" w:rsidP="005E08F6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 xml:space="preserve">MADDE 5- </w:t>
      </w:r>
    </w:p>
    <w:p w:rsidR="005E08F6" w:rsidRPr="00965E73" w:rsidRDefault="005E08F6" w:rsidP="005E08F6">
      <w:pPr>
        <w:spacing w:before="120" w:after="1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(1)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Danışma </w:t>
      </w:r>
      <w:r w:rsidR="00162750" w:rsidRPr="00965E73">
        <w:rPr>
          <w:rFonts w:ascii="Times New Roman" w:hAnsi="Times New Roman" w:cs="Times New Roman"/>
          <w:sz w:val="24"/>
          <w:szCs w:val="24"/>
          <w:lang w:val="tr-TR"/>
        </w:rPr>
        <w:t>kurulları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>; Üniversite Danışma Kurulu ve Birim Danışma Kurulları olmak üzere iki düzeyde oluşturulur.</w:t>
      </w:r>
    </w:p>
    <w:p w:rsidR="005E08F6" w:rsidRPr="00965E73" w:rsidRDefault="005E08F6" w:rsidP="005E08F6">
      <w:pPr>
        <w:spacing w:before="120" w:after="1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(2)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162750" w:rsidRPr="00965E73">
        <w:rPr>
          <w:rFonts w:ascii="Times New Roman" w:hAnsi="Times New Roman" w:cs="Times New Roman"/>
          <w:sz w:val="24"/>
          <w:szCs w:val="24"/>
          <w:lang w:val="tr-TR"/>
        </w:rPr>
        <w:t>Danışma kurulları;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162750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eğitim-öğretim, araştırma-geliştirme, toplumsal katkı ve yönetim süreçlerinin etkinliğini arttırmak, kamu-üniversite-sanayi işbirliğini güçlendirmek ve paydaş görüşlerini sürece yansıtmak 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>amacıyla oluşturulur.</w:t>
      </w:r>
    </w:p>
    <w:p w:rsidR="005E08F6" w:rsidRPr="00965E73" w:rsidRDefault="005E08F6" w:rsidP="005E08F6">
      <w:pPr>
        <w:spacing w:before="120" w:after="1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(3)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Danışma </w:t>
      </w:r>
      <w:r w:rsidR="00162750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kurullarının 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>kararları tavsiye niteliğindedir ve ilgili birimler için yol göstericidir.</w:t>
      </w:r>
    </w:p>
    <w:p w:rsidR="00D17FA9" w:rsidRPr="00965E73" w:rsidRDefault="00D17FA9" w:rsidP="005E08F6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 xml:space="preserve">Üniversite Danışma Kurulunun </w:t>
      </w:r>
      <w:r w:rsidR="00CC3E27" w:rsidRPr="00965E73">
        <w:rPr>
          <w:rFonts w:ascii="Times New Roman" w:hAnsi="Times New Roman" w:cs="Times New Roman"/>
          <w:b/>
          <w:sz w:val="24"/>
          <w:szCs w:val="24"/>
          <w:lang w:val="tr-TR"/>
        </w:rPr>
        <w:t>Oluşturulması</w:t>
      </w:r>
    </w:p>
    <w:p w:rsidR="00E40E6F" w:rsidRPr="00965E73" w:rsidRDefault="00D17FA9" w:rsidP="00F612AC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 xml:space="preserve">MADDE 6- </w:t>
      </w:r>
    </w:p>
    <w:p w:rsidR="00D17FA9" w:rsidRPr="00965E73" w:rsidRDefault="00E40E6F" w:rsidP="00F612AC">
      <w:pPr>
        <w:spacing w:before="120" w:after="1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(</w:t>
      </w:r>
      <w:r w:rsidR="00D17FA9" w:rsidRPr="00965E73">
        <w:rPr>
          <w:rFonts w:ascii="Times New Roman" w:hAnsi="Times New Roman" w:cs="Times New Roman"/>
          <w:b/>
          <w:sz w:val="24"/>
          <w:szCs w:val="24"/>
          <w:lang w:val="tr-TR"/>
        </w:rPr>
        <w:t>1</w:t>
      </w: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)</w:t>
      </w:r>
      <w:r w:rsidR="00D17FA9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Üniv</w:t>
      </w:r>
      <w:r w:rsidR="00E06F71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ersite Danışma Kurulu; </w:t>
      </w:r>
    </w:p>
    <w:p w:rsidR="00501771" w:rsidRPr="00965E73" w:rsidRDefault="007A0343" w:rsidP="00782862">
      <w:pPr>
        <w:spacing w:before="120" w:after="120"/>
        <w:ind w:left="720"/>
        <w:jc w:val="both"/>
        <w:rPr>
          <w:rFonts w:ascii="Times New Roman" w:hAnsi="Times New Roman" w:cs="Times New Roman"/>
          <w:bCs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a)</w:t>
      </w:r>
      <w:r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</w:t>
      </w:r>
      <w:r w:rsidR="00B266DD" w:rsidRPr="00965E73">
        <w:rPr>
          <w:rFonts w:ascii="Times New Roman" w:hAnsi="Times New Roman" w:cs="Times New Roman"/>
          <w:bCs/>
          <w:sz w:val="24"/>
          <w:szCs w:val="24"/>
          <w:lang w:val="tr-TR"/>
        </w:rPr>
        <w:t>İl Valiliği,</w:t>
      </w:r>
    </w:p>
    <w:p w:rsidR="00501771" w:rsidRPr="00965E73" w:rsidRDefault="007A0343" w:rsidP="00782862">
      <w:pPr>
        <w:spacing w:before="120" w:after="120"/>
        <w:ind w:left="720"/>
        <w:jc w:val="both"/>
        <w:rPr>
          <w:rFonts w:ascii="Times New Roman" w:hAnsi="Times New Roman" w:cs="Times New Roman"/>
          <w:bCs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b)</w:t>
      </w:r>
      <w:r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</w:t>
      </w:r>
      <w:r w:rsidR="00B266DD" w:rsidRPr="00965E73">
        <w:rPr>
          <w:rFonts w:ascii="Times New Roman" w:hAnsi="Times New Roman" w:cs="Times New Roman"/>
          <w:bCs/>
          <w:sz w:val="24"/>
          <w:szCs w:val="24"/>
          <w:lang w:val="tr-TR"/>
        </w:rPr>
        <w:t>Belediye Başkanlığı,</w:t>
      </w:r>
    </w:p>
    <w:p w:rsidR="00501771" w:rsidRPr="00965E73" w:rsidRDefault="007A0343" w:rsidP="00782862">
      <w:pPr>
        <w:spacing w:before="120" w:after="120"/>
        <w:ind w:left="720"/>
        <w:jc w:val="both"/>
        <w:rPr>
          <w:rFonts w:ascii="Times New Roman" w:hAnsi="Times New Roman" w:cs="Times New Roman"/>
          <w:bCs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c)</w:t>
      </w:r>
      <w:r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</w:t>
      </w:r>
      <w:r w:rsidR="00B266DD" w:rsidRPr="00965E73">
        <w:rPr>
          <w:rFonts w:ascii="Times New Roman" w:hAnsi="Times New Roman" w:cs="Times New Roman"/>
          <w:bCs/>
          <w:sz w:val="24"/>
          <w:szCs w:val="24"/>
          <w:lang w:val="tr-TR"/>
        </w:rPr>
        <w:t>Rektör,</w:t>
      </w:r>
    </w:p>
    <w:p w:rsidR="00501771" w:rsidRPr="00965E73" w:rsidRDefault="00491C34" w:rsidP="00782862">
      <w:pPr>
        <w:spacing w:before="120" w:after="120"/>
        <w:ind w:left="720"/>
        <w:jc w:val="both"/>
        <w:rPr>
          <w:rFonts w:ascii="Times New Roman" w:hAnsi="Times New Roman" w:cs="Times New Roman"/>
          <w:bCs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ç</w:t>
      </w:r>
      <w:r w:rsidR="007A0343"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)</w:t>
      </w:r>
      <w:r w:rsidR="007A0343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</w:t>
      </w:r>
      <w:r w:rsidR="00501771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Rektör </w:t>
      </w:r>
      <w:r w:rsidR="002C27B7" w:rsidRPr="00965E73">
        <w:rPr>
          <w:rFonts w:ascii="Times New Roman" w:hAnsi="Times New Roman" w:cs="Times New Roman"/>
          <w:bCs/>
          <w:sz w:val="24"/>
          <w:szCs w:val="24"/>
          <w:lang w:val="tr-TR"/>
        </w:rPr>
        <w:t>Yardımcıları</w:t>
      </w:r>
      <w:r w:rsidR="00501771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, </w:t>
      </w:r>
    </w:p>
    <w:p w:rsidR="00286016" w:rsidRPr="00965E73" w:rsidRDefault="00491C34" w:rsidP="00782862">
      <w:pPr>
        <w:spacing w:before="120" w:after="120"/>
        <w:ind w:left="720"/>
        <w:jc w:val="both"/>
        <w:rPr>
          <w:rFonts w:ascii="Times New Roman" w:hAnsi="Times New Roman" w:cs="Times New Roman"/>
          <w:bCs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d</w:t>
      </w:r>
      <w:r w:rsidR="007A0343"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)</w:t>
      </w:r>
      <w:r w:rsidR="007A0343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</w:t>
      </w:r>
      <w:r w:rsidR="00286016" w:rsidRPr="00965E73">
        <w:rPr>
          <w:rFonts w:ascii="Times New Roman" w:hAnsi="Times New Roman" w:cs="Times New Roman"/>
          <w:bCs/>
          <w:sz w:val="24"/>
          <w:szCs w:val="24"/>
          <w:lang w:val="tr-TR"/>
        </w:rPr>
        <w:t>Siirt İl Emniyet Müdür</w:t>
      </w:r>
      <w:r w:rsidR="00B266DD" w:rsidRPr="00965E73">
        <w:rPr>
          <w:rFonts w:ascii="Times New Roman" w:hAnsi="Times New Roman" w:cs="Times New Roman"/>
          <w:bCs/>
          <w:sz w:val="24"/>
          <w:szCs w:val="24"/>
          <w:lang w:val="tr-TR"/>
        </w:rPr>
        <w:t>lüğü,</w:t>
      </w:r>
    </w:p>
    <w:p w:rsidR="00286016" w:rsidRPr="00965E73" w:rsidRDefault="00491C34" w:rsidP="00782862">
      <w:pPr>
        <w:spacing w:before="120" w:after="120"/>
        <w:ind w:left="720"/>
        <w:jc w:val="both"/>
        <w:rPr>
          <w:rFonts w:ascii="Times New Roman" w:hAnsi="Times New Roman" w:cs="Times New Roman"/>
          <w:bCs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e</w:t>
      </w:r>
      <w:r w:rsidR="007A0343"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)</w:t>
      </w:r>
      <w:r w:rsidR="007A0343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</w:t>
      </w:r>
      <w:r w:rsidR="00286016" w:rsidRPr="00965E73">
        <w:rPr>
          <w:rFonts w:ascii="Times New Roman" w:hAnsi="Times New Roman" w:cs="Times New Roman"/>
          <w:bCs/>
          <w:sz w:val="24"/>
          <w:szCs w:val="24"/>
          <w:lang w:val="tr-TR"/>
        </w:rPr>
        <w:t>Siirt İl Jandarma Komutan</w:t>
      </w:r>
      <w:r w:rsidR="00B266DD" w:rsidRPr="00965E73">
        <w:rPr>
          <w:rFonts w:ascii="Times New Roman" w:hAnsi="Times New Roman" w:cs="Times New Roman"/>
          <w:bCs/>
          <w:sz w:val="24"/>
          <w:szCs w:val="24"/>
          <w:lang w:val="tr-TR"/>
        </w:rPr>
        <w:t>lığı,</w:t>
      </w:r>
    </w:p>
    <w:p w:rsidR="00501771" w:rsidRPr="00965E73" w:rsidRDefault="00491C34" w:rsidP="00782862">
      <w:pPr>
        <w:spacing w:before="120" w:after="120"/>
        <w:ind w:left="720"/>
        <w:jc w:val="both"/>
        <w:rPr>
          <w:rFonts w:ascii="Times New Roman" w:hAnsi="Times New Roman" w:cs="Times New Roman"/>
          <w:bCs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f</w:t>
      </w:r>
      <w:r w:rsidR="007A0343"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)</w:t>
      </w:r>
      <w:r w:rsidR="007A0343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</w:t>
      </w:r>
      <w:r w:rsidR="00286016" w:rsidRPr="00965E73">
        <w:rPr>
          <w:rFonts w:ascii="Times New Roman" w:hAnsi="Times New Roman" w:cs="Times New Roman"/>
          <w:bCs/>
          <w:sz w:val="24"/>
          <w:szCs w:val="24"/>
          <w:lang w:val="tr-TR"/>
        </w:rPr>
        <w:t>Siirt İl Müftü</w:t>
      </w:r>
      <w:r w:rsidR="00B266DD" w:rsidRPr="00965E73">
        <w:rPr>
          <w:rFonts w:ascii="Times New Roman" w:hAnsi="Times New Roman" w:cs="Times New Roman"/>
          <w:bCs/>
          <w:sz w:val="24"/>
          <w:szCs w:val="24"/>
          <w:lang w:val="tr-TR"/>
        </w:rPr>
        <w:t>lüğü,</w:t>
      </w:r>
    </w:p>
    <w:p w:rsidR="00286016" w:rsidRPr="00965E73" w:rsidRDefault="00491C34" w:rsidP="00782862">
      <w:pPr>
        <w:spacing w:before="120" w:after="120"/>
        <w:ind w:left="720"/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g</w:t>
      </w:r>
      <w:r w:rsidR="007A0343"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)</w:t>
      </w:r>
      <w:r w:rsidR="002C27B7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</w:t>
      </w:r>
      <w:r w:rsidR="00286016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Aile </w:t>
      </w:r>
      <w:r w:rsidR="000F5A69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ve </w:t>
      </w:r>
      <w:r w:rsidR="00286016" w:rsidRPr="00965E73">
        <w:rPr>
          <w:rFonts w:ascii="Times New Roman" w:hAnsi="Times New Roman" w:cs="Times New Roman"/>
          <w:bCs/>
          <w:sz w:val="24"/>
          <w:szCs w:val="24"/>
          <w:lang w:val="tr-TR"/>
        </w:rPr>
        <w:t>Sosyal Hizmetler İl Müdür</w:t>
      </w:r>
      <w:r w:rsidR="00B266DD" w:rsidRPr="00965E73">
        <w:rPr>
          <w:rFonts w:ascii="Times New Roman" w:hAnsi="Times New Roman" w:cs="Times New Roman"/>
          <w:bCs/>
          <w:sz w:val="24"/>
          <w:szCs w:val="24"/>
          <w:lang w:val="tr-TR"/>
        </w:rPr>
        <w:t>lüğü,</w:t>
      </w:r>
    </w:p>
    <w:p w:rsidR="00AE4251" w:rsidRPr="00965E73" w:rsidRDefault="00491C34" w:rsidP="00782862">
      <w:pPr>
        <w:spacing w:before="120" w:after="120"/>
        <w:ind w:left="720"/>
        <w:jc w:val="both"/>
        <w:rPr>
          <w:rFonts w:ascii="Times New Roman" w:hAnsi="Times New Roman" w:cs="Times New Roman"/>
          <w:bCs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ğ</w:t>
      </w:r>
      <w:r w:rsidR="007A0343"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)</w:t>
      </w:r>
      <w:r w:rsidR="007A0343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</w:t>
      </w:r>
      <w:r w:rsidR="00AE4251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Dicle </w:t>
      </w:r>
      <w:r w:rsidR="000F5A69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EDAŞ </w:t>
      </w:r>
      <w:r w:rsidR="00AE4251" w:rsidRPr="00965E73">
        <w:rPr>
          <w:rFonts w:ascii="Times New Roman" w:hAnsi="Times New Roman" w:cs="Times New Roman"/>
          <w:bCs/>
          <w:sz w:val="24"/>
          <w:szCs w:val="24"/>
          <w:lang w:val="tr-TR"/>
        </w:rPr>
        <w:t>İl Müdür</w:t>
      </w:r>
      <w:r w:rsidR="00B266DD" w:rsidRPr="00965E73">
        <w:rPr>
          <w:rFonts w:ascii="Times New Roman" w:hAnsi="Times New Roman" w:cs="Times New Roman"/>
          <w:bCs/>
          <w:sz w:val="24"/>
          <w:szCs w:val="24"/>
          <w:lang w:val="tr-TR"/>
        </w:rPr>
        <w:t>lüğü,</w:t>
      </w:r>
    </w:p>
    <w:p w:rsidR="00286016" w:rsidRPr="00965E73" w:rsidRDefault="00491C34" w:rsidP="00782862">
      <w:pPr>
        <w:spacing w:before="120" w:after="120"/>
        <w:ind w:left="720"/>
        <w:jc w:val="both"/>
        <w:rPr>
          <w:rFonts w:ascii="Times New Roman" w:hAnsi="Times New Roman" w:cs="Times New Roman"/>
          <w:bCs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h</w:t>
      </w:r>
      <w:r w:rsidR="007A0343"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)</w:t>
      </w:r>
      <w:r w:rsidR="007A0343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</w:t>
      </w:r>
      <w:r w:rsidR="00B266DD" w:rsidRPr="00965E73">
        <w:rPr>
          <w:rFonts w:ascii="Times New Roman" w:hAnsi="Times New Roman" w:cs="Times New Roman"/>
          <w:bCs/>
          <w:sz w:val="24"/>
          <w:szCs w:val="24"/>
          <w:lang w:val="tr-TR"/>
        </w:rPr>
        <w:t>Siirt Gençlik Hizmetleri ve Spor İl Müdürlüğü,</w:t>
      </w:r>
    </w:p>
    <w:p w:rsidR="00AE4251" w:rsidRPr="00965E73" w:rsidRDefault="00491C34" w:rsidP="00782862">
      <w:pPr>
        <w:spacing w:before="120" w:after="120"/>
        <w:ind w:left="720"/>
        <w:jc w:val="both"/>
        <w:rPr>
          <w:rFonts w:ascii="Times New Roman" w:hAnsi="Times New Roman" w:cs="Times New Roman"/>
          <w:bCs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lastRenderedPageBreak/>
        <w:t>i</w:t>
      </w:r>
      <w:r w:rsidR="007A0343"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)</w:t>
      </w:r>
      <w:r w:rsidR="007A0343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</w:t>
      </w:r>
      <w:r w:rsidR="00B266DD" w:rsidRPr="00965E73">
        <w:rPr>
          <w:rFonts w:ascii="Times New Roman" w:hAnsi="Times New Roman" w:cs="Times New Roman"/>
          <w:bCs/>
          <w:sz w:val="24"/>
          <w:szCs w:val="24"/>
          <w:lang w:val="tr-TR"/>
        </w:rPr>
        <w:t>Siirt İl Afet ve Acil Durum Müdürlüğü,</w:t>
      </w:r>
    </w:p>
    <w:p w:rsidR="00D53EE0" w:rsidRPr="00965E73" w:rsidRDefault="00491C34" w:rsidP="00782862">
      <w:pPr>
        <w:spacing w:before="120" w:after="120"/>
        <w:ind w:left="720"/>
        <w:jc w:val="both"/>
        <w:rPr>
          <w:rFonts w:ascii="Times New Roman" w:hAnsi="Times New Roman" w:cs="Times New Roman"/>
          <w:bCs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ı</w:t>
      </w:r>
      <w:r w:rsidR="007A0343"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)</w:t>
      </w:r>
      <w:r w:rsidR="007A0343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</w:t>
      </w:r>
      <w:r w:rsidR="00D53EE0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İl Göç </w:t>
      </w:r>
      <w:r w:rsidR="000F5A69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İdaresi </w:t>
      </w:r>
      <w:r w:rsidR="00B266DD" w:rsidRPr="00965E73">
        <w:rPr>
          <w:rFonts w:ascii="Times New Roman" w:hAnsi="Times New Roman" w:cs="Times New Roman"/>
          <w:bCs/>
          <w:sz w:val="24"/>
          <w:szCs w:val="24"/>
          <w:lang w:val="tr-TR"/>
        </w:rPr>
        <w:t>Müdürlüğü,</w:t>
      </w:r>
    </w:p>
    <w:p w:rsidR="00501771" w:rsidRPr="00965E73" w:rsidRDefault="00491C34" w:rsidP="00782862">
      <w:pPr>
        <w:spacing w:before="120" w:after="120"/>
        <w:ind w:left="720"/>
        <w:jc w:val="both"/>
        <w:rPr>
          <w:rFonts w:ascii="Times New Roman" w:hAnsi="Times New Roman" w:cs="Times New Roman"/>
          <w:bCs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j</w:t>
      </w:r>
      <w:r w:rsidR="007A0343"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)</w:t>
      </w:r>
      <w:r w:rsidR="007A0343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</w:t>
      </w:r>
      <w:r w:rsidR="00B266DD" w:rsidRPr="00965E73">
        <w:rPr>
          <w:rFonts w:ascii="Times New Roman" w:hAnsi="Times New Roman" w:cs="Times New Roman"/>
          <w:bCs/>
          <w:sz w:val="24"/>
          <w:szCs w:val="24"/>
        </w:rPr>
        <w:t>Siirt İl Mill</w:t>
      </w:r>
      <w:r w:rsidRPr="00965E73">
        <w:rPr>
          <w:rFonts w:ascii="Times New Roman" w:hAnsi="Times New Roman" w:cs="Times New Roman"/>
          <w:bCs/>
          <w:sz w:val="24"/>
          <w:szCs w:val="24"/>
        </w:rPr>
        <w:t>i</w:t>
      </w:r>
      <w:r w:rsidR="00B266DD" w:rsidRPr="00965E73">
        <w:rPr>
          <w:rFonts w:ascii="Times New Roman" w:hAnsi="Times New Roman" w:cs="Times New Roman"/>
          <w:bCs/>
          <w:sz w:val="24"/>
          <w:szCs w:val="24"/>
        </w:rPr>
        <w:t xml:space="preserve"> Eğitim Müdürlüğü,</w:t>
      </w:r>
    </w:p>
    <w:p w:rsidR="00D53EE0" w:rsidRPr="00965E73" w:rsidRDefault="00491C34" w:rsidP="00782862">
      <w:pPr>
        <w:spacing w:before="120" w:after="120"/>
        <w:ind w:left="720"/>
        <w:jc w:val="both"/>
        <w:rPr>
          <w:rFonts w:ascii="Times New Roman" w:hAnsi="Times New Roman" w:cs="Times New Roman"/>
          <w:bCs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k</w:t>
      </w:r>
      <w:r w:rsidR="007A0343"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)</w:t>
      </w:r>
      <w:r w:rsidR="007A0343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</w:t>
      </w:r>
      <w:r w:rsidR="00D53EE0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İl Sağlık </w:t>
      </w:r>
      <w:r w:rsidR="00B266DD" w:rsidRPr="00965E73">
        <w:rPr>
          <w:rFonts w:ascii="Times New Roman" w:hAnsi="Times New Roman" w:cs="Times New Roman"/>
          <w:bCs/>
          <w:sz w:val="24"/>
          <w:szCs w:val="24"/>
          <w:lang w:val="tr-TR"/>
        </w:rPr>
        <w:t>Müdürlüğü,</w:t>
      </w:r>
    </w:p>
    <w:p w:rsidR="00D53EE0" w:rsidRPr="00965E73" w:rsidRDefault="00491C34" w:rsidP="00782862">
      <w:pPr>
        <w:spacing w:before="120" w:after="120"/>
        <w:ind w:left="720"/>
        <w:jc w:val="both"/>
        <w:rPr>
          <w:rFonts w:ascii="Times New Roman" w:hAnsi="Times New Roman" w:cs="Times New Roman"/>
          <w:bCs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l</w:t>
      </w:r>
      <w:r w:rsidR="007A0343"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)</w:t>
      </w:r>
      <w:r w:rsidR="007A0343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</w:t>
      </w:r>
      <w:r w:rsidR="00D53EE0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İl Sanayi ve Teknoloji </w:t>
      </w:r>
      <w:r w:rsidR="00B266DD" w:rsidRPr="00965E73">
        <w:rPr>
          <w:rFonts w:ascii="Times New Roman" w:hAnsi="Times New Roman" w:cs="Times New Roman"/>
          <w:bCs/>
          <w:sz w:val="24"/>
          <w:szCs w:val="24"/>
          <w:lang w:val="tr-TR"/>
        </w:rPr>
        <w:t>Müdürlüğü,</w:t>
      </w:r>
    </w:p>
    <w:p w:rsidR="00894FEF" w:rsidRPr="00965E73" w:rsidRDefault="00491C34" w:rsidP="00782862">
      <w:pPr>
        <w:spacing w:before="120" w:after="120"/>
        <w:ind w:left="720"/>
        <w:jc w:val="both"/>
        <w:rPr>
          <w:rFonts w:ascii="Times New Roman" w:hAnsi="Times New Roman" w:cs="Times New Roman"/>
          <w:bCs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m</w:t>
      </w:r>
      <w:r w:rsidR="007A0343"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)</w:t>
      </w:r>
      <w:r w:rsidR="007A0343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</w:t>
      </w:r>
      <w:r w:rsidR="00894FEF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KOSGEB (Küçük ve Orta Ölçekli İşletmeleri Geliştirme ve Destekleme Dairesi Başkanlığı) </w:t>
      </w:r>
      <w:r w:rsidR="00B266DD" w:rsidRPr="00965E73">
        <w:rPr>
          <w:rFonts w:ascii="Times New Roman" w:hAnsi="Times New Roman" w:cs="Times New Roman"/>
          <w:bCs/>
          <w:sz w:val="24"/>
          <w:szCs w:val="24"/>
          <w:lang w:val="tr-TR"/>
        </w:rPr>
        <w:t>İl Müdürlüğü,</w:t>
      </w:r>
      <w:r w:rsidR="00894FEF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</w:t>
      </w:r>
    </w:p>
    <w:p w:rsidR="00286016" w:rsidRPr="00965E73" w:rsidRDefault="00491C34" w:rsidP="00782862">
      <w:pPr>
        <w:spacing w:before="120" w:after="120"/>
        <w:ind w:left="720"/>
        <w:jc w:val="both"/>
        <w:rPr>
          <w:rFonts w:ascii="Times New Roman" w:hAnsi="Times New Roman" w:cs="Times New Roman"/>
          <w:bCs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n</w:t>
      </w:r>
      <w:r w:rsidR="007A0343"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)</w:t>
      </w:r>
      <w:r w:rsidR="007A0343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</w:t>
      </w:r>
      <w:r w:rsidR="00894FEF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Siirt İl Tarım ve Orman </w:t>
      </w:r>
      <w:r w:rsidR="00B266DD" w:rsidRPr="00965E73">
        <w:rPr>
          <w:rFonts w:ascii="Times New Roman" w:hAnsi="Times New Roman" w:cs="Times New Roman"/>
          <w:bCs/>
          <w:sz w:val="24"/>
          <w:szCs w:val="24"/>
          <w:lang w:val="tr-TR"/>
        </w:rPr>
        <w:t>Müdürlüğü,</w:t>
      </w:r>
    </w:p>
    <w:p w:rsidR="00286016" w:rsidRPr="00965E73" w:rsidRDefault="00491C34" w:rsidP="00782862">
      <w:pPr>
        <w:spacing w:before="120" w:after="120"/>
        <w:ind w:left="720"/>
        <w:jc w:val="both"/>
        <w:rPr>
          <w:rFonts w:ascii="Times New Roman" w:hAnsi="Times New Roman" w:cs="Times New Roman"/>
          <w:bCs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o</w:t>
      </w:r>
      <w:r w:rsidR="007A0343"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)</w:t>
      </w:r>
      <w:r w:rsidR="007A0343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</w:t>
      </w:r>
      <w:r w:rsidR="00B266DD" w:rsidRPr="00965E73">
        <w:rPr>
          <w:rFonts w:ascii="Times New Roman" w:hAnsi="Times New Roman" w:cs="Times New Roman"/>
          <w:bCs/>
          <w:sz w:val="24"/>
          <w:szCs w:val="24"/>
          <w:lang w:val="tr-TR"/>
        </w:rPr>
        <w:t>Siirt Ticaret ve Sanayi Odası</w:t>
      </w:r>
      <w:r w:rsidR="002C27B7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Başkanlığı</w:t>
      </w:r>
      <w:r w:rsidR="00B266DD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, </w:t>
      </w:r>
    </w:p>
    <w:p w:rsidR="00286016" w:rsidRPr="00965E73" w:rsidRDefault="00491C34" w:rsidP="00782862">
      <w:pPr>
        <w:spacing w:before="120" w:after="120"/>
        <w:ind w:left="720"/>
        <w:jc w:val="both"/>
        <w:rPr>
          <w:rFonts w:ascii="Times New Roman" w:hAnsi="Times New Roman" w:cs="Times New Roman"/>
          <w:bCs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ö</w:t>
      </w:r>
      <w:r w:rsidR="007A0343"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)</w:t>
      </w:r>
      <w:r w:rsidR="007A0343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</w:t>
      </w:r>
      <w:r w:rsidR="00286016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DİKA (Dicle Kalkınma Ajansı) Siirt </w:t>
      </w:r>
      <w:r w:rsidR="002C27B7" w:rsidRPr="00965E73">
        <w:rPr>
          <w:rFonts w:ascii="Times New Roman" w:hAnsi="Times New Roman" w:cs="Times New Roman"/>
          <w:bCs/>
          <w:sz w:val="24"/>
          <w:szCs w:val="24"/>
          <w:lang w:val="tr-TR"/>
        </w:rPr>
        <w:t>Yatırım Destek Ofisi</w:t>
      </w:r>
      <w:r w:rsidR="00B266DD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, </w:t>
      </w:r>
      <w:r w:rsidR="00286016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</w:t>
      </w:r>
    </w:p>
    <w:p w:rsidR="002C27B7" w:rsidRPr="00965E73" w:rsidRDefault="002C27B7" w:rsidP="002C27B7">
      <w:pPr>
        <w:spacing w:before="120" w:after="120"/>
        <w:ind w:left="360" w:firstLine="207"/>
        <w:jc w:val="both"/>
        <w:rPr>
          <w:rFonts w:ascii="Times New Roman" w:hAnsi="Times New Roman" w:cs="Times New Roman"/>
          <w:b/>
          <w:bCs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Temsilcileri ile;</w:t>
      </w:r>
    </w:p>
    <w:p w:rsidR="00501771" w:rsidRPr="00965E73" w:rsidRDefault="00491C34" w:rsidP="00784B4E">
      <w:pPr>
        <w:spacing w:before="120" w:after="120"/>
        <w:ind w:left="720"/>
        <w:jc w:val="both"/>
        <w:rPr>
          <w:rFonts w:ascii="Times New Roman" w:hAnsi="Times New Roman" w:cs="Times New Roman"/>
          <w:bCs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p</w:t>
      </w:r>
      <w:r w:rsidR="007A0343"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)</w:t>
      </w:r>
      <w:r w:rsidR="007A0343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</w:t>
      </w:r>
      <w:r w:rsidR="00501771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Üniversite </w:t>
      </w:r>
      <w:r w:rsidR="00263879" w:rsidRPr="00965E73">
        <w:rPr>
          <w:rFonts w:ascii="Times New Roman" w:hAnsi="Times New Roman" w:cs="Times New Roman"/>
          <w:bCs/>
          <w:sz w:val="24"/>
          <w:szCs w:val="24"/>
          <w:lang w:val="tr-TR"/>
        </w:rPr>
        <w:t>Senatosunca</w:t>
      </w:r>
      <w:r w:rsidR="00501771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belirlenen</w:t>
      </w:r>
      <w:r w:rsidR="00162750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ve</w:t>
      </w:r>
      <w:r w:rsidR="00501771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ilde yatırımı olan iş insanlarından en fazla 5 kişi, </w:t>
      </w:r>
    </w:p>
    <w:p w:rsidR="00501771" w:rsidRPr="00965E73" w:rsidRDefault="00491C34" w:rsidP="00784B4E">
      <w:pPr>
        <w:spacing w:before="120" w:after="120"/>
        <w:ind w:left="720"/>
        <w:jc w:val="both"/>
        <w:rPr>
          <w:rFonts w:ascii="Times New Roman" w:hAnsi="Times New Roman" w:cs="Times New Roman"/>
          <w:bCs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r</w:t>
      </w:r>
      <w:r w:rsidR="007A0343"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)</w:t>
      </w:r>
      <w:r w:rsidR="007A0343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</w:t>
      </w:r>
      <w:r w:rsidR="00501771" w:rsidRPr="00965E73">
        <w:rPr>
          <w:rFonts w:ascii="Times New Roman" w:hAnsi="Times New Roman" w:cs="Times New Roman"/>
          <w:bCs/>
          <w:sz w:val="24"/>
          <w:szCs w:val="24"/>
          <w:lang w:val="tr-TR"/>
        </w:rPr>
        <w:t>Siirt Üniversitesi</w:t>
      </w:r>
      <w:r w:rsidR="00162750" w:rsidRPr="00965E73">
        <w:rPr>
          <w:rFonts w:ascii="Times New Roman" w:hAnsi="Times New Roman" w:cs="Times New Roman"/>
          <w:bCs/>
          <w:sz w:val="24"/>
          <w:szCs w:val="24"/>
          <w:lang w:val="tr-TR"/>
        </w:rPr>
        <w:t>’</w:t>
      </w:r>
      <w:r w:rsidR="00501771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ne bağış yapmış en fazla </w:t>
      </w:r>
      <w:r w:rsidR="003E4D03">
        <w:rPr>
          <w:rFonts w:ascii="Times New Roman" w:hAnsi="Times New Roman" w:cs="Times New Roman"/>
          <w:bCs/>
          <w:sz w:val="24"/>
          <w:szCs w:val="24"/>
          <w:lang w:val="tr-TR"/>
        </w:rPr>
        <w:t>beş (</w:t>
      </w:r>
      <w:r w:rsidR="00501771" w:rsidRPr="00965E73">
        <w:rPr>
          <w:rFonts w:ascii="Times New Roman" w:hAnsi="Times New Roman" w:cs="Times New Roman"/>
          <w:bCs/>
          <w:sz w:val="24"/>
          <w:szCs w:val="24"/>
          <w:lang w:val="tr-TR"/>
        </w:rPr>
        <w:t>5</w:t>
      </w:r>
      <w:r w:rsidR="003E4D03">
        <w:rPr>
          <w:rFonts w:ascii="Times New Roman" w:hAnsi="Times New Roman" w:cs="Times New Roman"/>
          <w:bCs/>
          <w:sz w:val="24"/>
          <w:szCs w:val="24"/>
          <w:lang w:val="tr-TR"/>
        </w:rPr>
        <w:t>)</w:t>
      </w:r>
      <w:r w:rsidR="00501771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kişi, </w:t>
      </w:r>
    </w:p>
    <w:p w:rsidR="00501771" w:rsidRPr="00965E73" w:rsidRDefault="00491C34" w:rsidP="00784B4E">
      <w:pPr>
        <w:spacing w:before="120" w:after="120"/>
        <w:ind w:left="720"/>
        <w:jc w:val="both"/>
        <w:rPr>
          <w:rFonts w:ascii="Times New Roman" w:hAnsi="Times New Roman" w:cs="Times New Roman"/>
          <w:bCs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s</w:t>
      </w:r>
      <w:r w:rsidR="007A0343"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)</w:t>
      </w:r>
      <w:r w:rsidR="007A0343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</w:t>
      </w:r>
      <w:r w:rsidR="00501771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Üniversite Genel </w:t>
      </w:r>
      <w:r w:rsidR="00B266DD" w:rsidRPr="00965E73">
        <w:rPr>
          <w:rFonts w:ascii="Times New Roman" w:hAnsi="Times New Roman" w:cs="Times New Roman"/>
          <w:bCs/>
          <w:sz w:val="24"/>
          <w:szCs w:val="24"/>
          <w:lang w:val="tr-TR"/>
        </w:rPr>
        <w:t>Sekreteri</w:t>
      </w:r>
      <w:r w:rsidR="00501771" w:rsidRPr="00965E73">
        <w:rPr>
          <w:rFonts w:ascii="Times New Roman" w:hAnsi="Times New Roman" w:cs="Times New Roman"/>
          <w:bCs/>
          <w:sz w:val="24"/>
          <w:szCs w:val="24"/>
          <w:lang w:val="tr-TR"/>
        </w:rPr>
        <w:t>,</w:t>
      </w:r>
    </w:p>
    <w:p w:rsidR="00501771" w:rsidRPr="00965E73" w:rsidRDefault="00491C34" w:rsidP="00784B4E">
      <w:pPr>
        <w:spacing w:before="120" w:after="120"/>
        <w:ind w:left="720"/>
        <w:jc w:val="both"/>
        <w:rPr>
          <w:rFonts w:ascii="Times New Roman" w:hAnsi="Times New Roman" w:cs="Times New Roman"/>
          <w:bCs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ş</w:t>
      </w:r>
      <w:r w:rsidR="007A0343"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)</w:t>
      </w:r>
      <w:r w:rsidR="007A0343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</w:t>
      </w:r>
      <w:r w:rsidR="00501771" w:rsidRPr="00965E73">
        <w:rPr>
          <w:rFonts w:ascii="Times New Roman" w:hAnsi="Times New Roman" w:cs="Times New Roman"/>
          <w:bCs/>
          <w:sz w:val="24"/>
          <w:szCs w:val="24"/>
          <w:lang w:val="tr-TR"/>
        </w:rPr>
        <w:t>Strateji Geliştirme Daire Başkan</w:t>
      </w:r>
      <w:r w:rsidR="00B266DD" w:rsidRPr="00965E73">
        <w:rPr>
          <w:rFonts w:ascii="Times New Roman" w:hAnsi="Times New Roman" w:cs="Times New Roman"/>
          <w:bCs/>
          <w:sz w:val="24"/>
          <w:szCs w:val="24"/>
          <w:lang w:val="tr-TR"/>
        </w:rPr>
        <w:t>ı,</w:t>
      </w:r>
    </w:p>
    <w:p w:rsidR="00501771" w:rsidRPr="00965E73" w:rsidRDefault="00491C34" w:rsidP="00784B4E">
      <w:pPr>
        <w:spacing w:before="120" w:after="120"/>
        <w:ind w:left="720"/>
        <w:jc w:val="both"/>
        <w:rPr>
          <w:rFonts w:ascii="Times New Roman" w:hAnsi="Times New Roman" w:cs="Times New Roman"/>
          <w:bCs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t</w:t>
      </w:r>
      <w:r w:rsidR="007A0343"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)</w:t>
      </w:r>
      <w:r w:rsidR="007A0343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</w:t>
      </w:r>
      <w:r w:rsidR="00501771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Üniversite </w:t>
      </w:r>
      <w:r w:rsidR="00501771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Senatosunca </w:t>
      </w:r>
      <w:r w:rsidR="003E4D03">
        <w:rPr>
          <w:rFonts w:ascii="Times New Roman" w:hAnsi="Times New Roman" w:cs="Times New Roman"/>
          <w:bCs/>
          <w:sz w:val="24"/>
          <w:szCs w:val="24"/>
          <w:lang w:val="tr-TR"/>
        </w:rPr>
        <w:t>belirlenen en fazla yedi (</w:t>
      </w:r>
      <w:r w:rsidR="00501771" w:rsidRPr="00965E73">
        <w:rPr>
          <w:rFonts w:ascii="Times New Roman" w:hAnsi="Times New Roman" w:cs="Times New Roman"/>
          <w:bCs/>
          <w:sz w:val="24"/>
          <w:szCs w:val="24"/>
          <w:lang w:val="tr-TR"/>
        </w:rPr>
        <w:t>7</w:t>
      </w:r>
      <w:r w:rsidR="003E4D03">
        <w:rPr>
          <w:rFonts w:ascii="Times New Roman" w:hAnsi="Times New Roman" w:cs="Times New Roman"/>
          <w:bCs/>
          <w:sz w:val="24"/>
          <w:szCs w:val="24"/>
          <w:lang w:val="tr-TR"/>
        </w:rPr>
        <w:t>)</w:t>
      </w:r>
      <w:r w:rsidR="00501771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öğretim elemanı,</w:t>
      </w:r>
    </w:p>
    <w:p w:rsidR="00501771" w:rsidRPr="00965E73" w:rsidRDefault="00491C34" w:rsidP="00784B4E">
      <w:pPr>
        <w:spacing w:before="120" w:after="120"/>
        <w:ind w:left="720"/>
        <w:jc w:val="both"/>
        <w:rPr>
          <w:rFonts w:ascii="Times New Roman" w:hAnsi="Times New Roman" w:cs="Times New Roman"/>
          <w:bCs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u</w:t>
      </w:r>
      <w:r w:rsidR="007A0343"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)</w:t>
      </w:r>
      <w:r w:rsidR="007A0343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</w:t>
      </w:r>
      <w:r w:rsidR="00501771" w:rsidRPr="00965E73">
        <w:rPr>
          <w:rFonts w:ascii="Times New Roman" w:hAnsi="Times New Roman" w:cs="Times New Roman"/>
          <w:bCs/>
          <w:sz w:val="24"/>
          <w:szCs w:val="24"/>
          <w:lang w:val="tr-TR"/>
        </w:rPr>
        <w:t>Kalite Koordinatör</w:t>
      </w:r>
      <w:r w:rsidR="00E06F71" w:rsidRPr="00965E73">
        <w:rPr>
          <w:rFonts w:ascii="Times New Roman" w:hAnsi="Times New Roman" w:cs="Times New Roman"/>
          <w:bCs/>
          <w:sz w:val="24"/>
          <w:szCs w:val="24"/>
          <w:lang w:val="tr-TR"/>
        </w:rPr>
        <w:t>ü,</w:t>
      </w:r>
    </w:p>
    <w:p w:rsidR="00501771" w:rsidRPr="00965E73" w:rsidRDefault="00491C34" w:rsidP="00784B4E">
      <w:pPr>
        <w:spacing w:before="120" w:after="120"/>
        <w:ind w:left="720"/>
        <w:jc w:val="both"/>
        <w:rPr>
          <w:rFonts w:ascii="Times New Roman" w:hAnsi="Times New Roman" w:cs="Times New Roman"/>
          <w:bCs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ü</w:t>
      </w:r>
      <w:r w:rsidR="007A0343"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)</w:t>
      </w:r>
      <w:r w:rsidR="007A0343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</w:t>
      </w:r>
      <w:r w:rsidR="00501771" w:rsidRPr="00965E73">
        <w:rPr>
          <w:rFonts w:ascii="Times New Roman" w:hAnsi="Times New Roman" w:cs="Times New Roman"/>
          <w:bCs/>
          <w:sz w:val="24"/>
          <w:szCs w:val="24"/>
          <w:lang w:val="tr-TR"/>
        </w:rPr>
        <w:t>Basın Yayın ve Halkla İlişkiler Müdürü,</w:t>
      </w:r>
    </w:p>
    <w:p w:rsidR="00E40E6F" w:rsidRPr="00965E73" w:rsidRDefault="00491C34" w:rsidP="00784B4E">
      <w:pPr>
        <w:spacing w:before="120" w:after="120"/>
        <w:ind w:left="720"/>
        <w:jc w:val="both"/>
        <w:rPr>
          <w:rFonts w:ascii="Times New Roman" w:hAnsi="Times New Roman" w:cs="Times New Roman"/>
          <w:bCs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v</w:t>
      </w:r>
      <w:r w:rsidR="007A0343"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)</w:t>
      </w:r>
      <w:r w:rsidR="007A0343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</w:t>
      </w:r>
      <w:r w:rsidR="00E40E6F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Üniversitemiz mezunlarından </w:t>
      </w:r>
      <w:r w:rsidR="00162750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en az </w:t>
      </w:r>
      <w:r w:rsidR="00E40E6F" w:rsidRPr="00965E73">
        <w:rPr>
          <w:rFonts w:ascii="Times New Roman" w:hAnsi="Times New Roman" w:cs="Times New Roman"/>
          <w:bCs/>
          <w:sz w:val="24"/>
          <w:szCs w:val="24"/>
          <w:lang w:val="tr-TR"/>
        </w:rPr>
        <w:t>bi</w:t>
      </w:r>
      <w:r w:rsidR="003E4D03">
        <w:rPr>
          <w:rFonts w:ascii="Times New Roman" w:hAnsi="Times New Roman" w:cs="Times New Roman"/>
          <w:bCs/>
          <w:sz w:val="24"/>
          <w:szCs w:val="24"/>
          <w:lang w:val="tr-TR"/>
        </w:rPr>
        <w:t>r (1)</w:t>
      </w:r>
      <w:r w:rsidR="00E40E6F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temsilci,</w:t>
      </w:r>
    </w:p>
    <w:p w:rsidR="00501771" w:rsidRPr="00965E73" w:rsidRDefault="00491C34" w:rsidP="00784B4E">
      <w:pPr>
        <w:spacing w:before="120" w:after="120"/>
        <w:ind w:left="720"/>
        <w:jc w:val="both"/>
        <w:rPr>
          <w:rFonts w:ascii="Times New Roman" w:hAnsi="Times New Roman" w:cs="Times New Roman"/>
          <w:bCs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y</w:t>
      </w:r>
      <w:r w:rsidR="007A0343"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)</w:t>
      </w:r>
      <w:r w:rsidR="007A0343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</w:t>
      </w:r>
      <w:r w:rsidR="00501771" w:rsidRPr="00965E73">
        <w:rPr>
          <w:rFonts w:ascii="Times New Roman" w:hAnsi="Times New Roman" w:cs="Times New Roman"/>
          <w:bCs/>
          <w:sz w:val="24"/>
          <w:szCs w:val="24"/>
          <w:lang w:val="tr-TR"/>
        </w:rPr>
        <w:t>Öğrenci Konsey Başkanı</w:t>
      </w:r>
    </w:p>
    <w:p w:rsidR="00263879" w:rsidRPr="00965E73" w:rsidRDefault="0039405D" w:rsidP="002C27B7">
      <w:pPr>
        <w:spacing w:before="120" w:after="0"/>
        <w:ind w:firstLine="360"/>
        <w:jc w:val="both"/>
        <w:rPr>
          <w:rFonts w:ascii="Times New Roman" w:hAnsi="Times New Roman" w:cs="Times New Roman"/>
          <w:bCs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ve </w:t>
      </w:r>
      <w:r w:rsidR="00D17FA9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Senato tarafından uygun görülen diğer il yöneticileri, kurum ve kuruluş temsilcileri </w:t>
      </w:r>
      <w:r w:rsidR="002C27B7" w:rsidRPr="00965E73">
        <w:rPr>
          <w:rFonts w:ascii="Times New Roman" w:hAnsi="Times New Roman" w:cs="Times New Roman"/>
          <w:sz w:val="24"/>
          <w:szCs w:val="24"/>
          <w:lang w:val="tr-TR"/>
        </w:rPr>
        <w:t>il</w:t>
      </w:r>
      <w:r w:rsidR="00D17FA9" w:rsidRPr="00965E73">
        <w:rPr>
          <w:rFonts w:ascii="Times New Roman" w:hAnsi="Times New Roman" w:cs="Times New Roman"/>
          <w:sz w:val="24"/>
          <w:szCs w:val="24"/>
          <w:lang w:val="tr-TR"/>
        </w:rPr>
        <w:t>e sivil toplum kuruluşu temsilcileri</w:t>
      </w:r>
      <w:r w:rsidR="00263879" w:rsidRPr="00965E73">
        <w:rPr>
          <w:rFonts w:ascii="Times New Roman" w:hAnsi="Times New Roman" w:cs="Times New Roman"/>
          <w:sz w:val="24"/>
          <w:szCs w:val="24"/>
          <w:lang w:val="tr-TR"/>
        </w:rPr>
        <w:t>nden</w:t>
      </w:r>
      <w:r w:rsidR="002C27B7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263879" w:rsidRPr="00965E73">
        <w:rPr>
          <w:rFonts w:ascii="Times New Roman" w:hAnsi="Times New Roman" w:cs="Times New Roman"/>
          <w:bCs/>
          <w:sz w:val="24"/>
          <w:szCs w:val="24"/>
          <w:lang w:val="tr-TR"/>
        </w:rPr>
        <w:t>oluşur.</w:t>
      </w:r>
    </w:p>
    <w:p w:rsidR="00EE7A97" w:rsidRPr="00965E73" w:rsidRDefault="00EE7A97" w:rsidP="00EE7A97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(2)</w:t>
      </w:r>
      <w:r w:rsidR="00BA15EE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</w:t>
      </w:r>
      <w:r w:rsidR="003E4D03">
        <w:rPr>
          <w:rFonts w:ascii="Times New Roman" w:hAnsi="Times New Roman" w:cs="Times New Roman"/>
          <w:bCs/>
          <w:sz w:val="24"/>
          <w:szCs w:val="24"/>
          <w:lang w:val="tr-TR"/>
        </w:rPr>
        <w:t>Danışma Kurulu üyeleri, Rektör</w:t>
      </w:r>
      <w:r w:rsidR="003E4D03" w:rsidRPr="003E4D0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veya ilgili birim yöneticilerinin teklifi üzerine Senato tarafından onaylanır.</w:t>
      </w:r>
    </w:p>
    <w:p w:rsidR="00EE7A97" w:rsidRPr="00965E73" w:rsidRDefault="00EE7A97" w:rsidP="00EE7A97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bCs/>
          <w:sz w:val="24"/>
          <w:szCs w:val="24"/>
          <w:lang w:val="tr-TR"/>
        </w:rPr>
        <w:t>(3)</w:t>
      </w:r>
      <w:r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Kurul üyelerinin toplam sayısının en az yarısı, dış paydaşlardan seçilir. </w:t>
      </w:r>
    </w:p>
    <w:p w:rsidR="00D17FA9" w:rsidRPr="00965E73" w:rsidRDefault="00B41E79" w:rsidP="00F612AC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Birim Danışma Kurulu</w:t>
      </w:r>
      <w:r w:rsidR="00BA15EE" w:rsidRPr="00965E73">
        <w:rPr>
          <w:rFonts w:ascii="Times New Roman" w:hAnsi="Times New Roman" w:cs="Times New Roman"/>
          <w:b/>
          <w:sz w:val="24"/>
          <w:szCs w:val="24"/>
          <w:lang w:val="tr-TR"/>
        </w:rPr>
        <w:t>’</w:t>
      </w: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nun Oluşturulması</w:t>
      </w:r>
    </w:p>
    <w:p w:rsidR="00B41E79" w:rsidRPr="00965E73" w:rsidRDefault="005E08F6" w:rsidP="00F612AC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 xml:space="preserve">MADDE 7- </w:t>
      </w:r>
    </w:p>
    <w:p w:rsidR="005E08F6" w:rsidRPr="00965E73" w:rsidRDefault="005E08F6" w:rsidP="00F612AC">
      <w:pPr>
        <w:spacing w:before="120" w:after="1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(1)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1717FD" w:rsidRPr="00965E73">
        <w:rPr>
          <w:rFonts w:ascii="Times New Roman" w:hAnsi="Times New Roman" w:cs="Times New Roman"/>
          <w:sz w:val="24"/>
          <w:szCs w:val="24"/>
          <w:lang w:val="tr-TR"/>
        </w:rPr>
        <w:t>Her birimde, Dekan/Müdür başkanlığında Birim Danışma Kurulu teşkil edilir.</w:t>
      </w:r>
      <w:r w:rsidR="00B95347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</w:p>
    <w:p w:rsidR="00EE7A97" w:rsidRPr="00965E73" w:rsidRDefault="00B95347" w:rsidP="00EE7A97">
      <w:pPr>
        <w:spacing w:before="120" w:after="1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(2)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EE7A97" w:rsidRPr="00965E73">
        <w:rPr>
          <w:rFonts w:ascii="Times New Roman" w:hAnsi="Times New Roman" w:cs="Times New Roman"/>
          <w:sz w:val="24"/>
          <w:szCs w:val="24"/>
          <w:lang w:val="tr-TR"/>
        </w:rPr>
        <w:t>Kurul</w:t>
      </w:r>
      <w:r w:rsidR="00FA78B3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üyeleri, Dekan/Müdür teklifi ve</w:t>
      </w:r>
      <w:r w:rsidR="00EE7A97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Yönetim Kurulu</w:t>
      </w:r>
      <w:r w:rsidR="001717FD" w:rsidRPr="00965E73">
        <w:rPr>
          <w:rFonts w:ascii="Times New Roman" w:hAnsi="Times New Roman" w:cs="Times New Roman"/>
          <w:sz w:val="24"/>
          <w:szCs w:val="24"/>
          <w:lang w:val="tr-TR"/>
        </w:rPr>
        <w:t>’nun</w:t>
      </w:r>
      <w:r w:rsidR="00EE7A97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1717FD" w:rsidRPr="00965E73">
        <w:rPr>
          <w:rFonts w:ascii="Times New Roman" w:hAnsi="Times New Roman" w:cs="Times New Roman"/>
          <w:sz w:val="24"/>
          <w:szCs w:val="24"/>
          <w:lang w:val="tr-TR"/>
        </w:rPr>
        <w:t>onayıyla belirlenir.</w:t>
      </w:r>
    </w:p>
    <w:p w:rsidR="001717FD" w:rsidRPr="00965E73" w:rsidRDefault="00FA78B3" w:rsidP="00D66D28">
      <w:pPr>
        <w:spacing w:before="120" w:after="1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lastRenderedPageBreak/>
        <w:t>(3</w:t>
      </w:r>
      <w:r w:rsidR="00B95347" w:rsidRPr="00965E73">
        <w:rPr>
          <w:rFonts w:ascii="Times New Roman" w:hAnsi="Times New Roman" w:cs="Times New Roman"/>
          <w:b/>
          <w:sz w:val="24"/>
          <w:szCs w:val="24"/>
          <w:lang w:val="tr-TR"/>
        </w:rPr>
        <w:t>)</w:t>
      </w:r>
      <w:r w:rsidR="00B95347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EE7A97" w:rsidRPr="00965E73">
        <w:rPr>
          <w:rFonts w:ascii="Times New Roman" w:hAnsi="Times New Roman" w:cs="Times New Roman"/>
          <w:sz w:val="24"/>
          <w:szCs w:val="24"/>
          <w:lang w:val="tr-TR"/>
        </w:rPr>
        <w:t>Kurul</w:t>
      </w:r>
      <w:r w:rsidR="001717FD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üyeleri</w:t>
      </w:r>
      <w:r w:rsidR="00B95347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3E4D03">
        <w:rPr>
          <w:rFonts w:ascii="Times New Roman" w:hAnsi="Times New Roman" w:cs="Times New Roman"/>
          <w:sz w:val="24"/>
          <w:szCs w:val="24"/>
          <w:lang w:val="tr-TR"/>
        </w:rPr>
        <w:t>on bir (</w:t>
      </w:r>
      <w:r w:rsidR="001717FD" w:rsidRPr="00965E73">
        <w:rPr>
          <w:rFonts w:ascii="Times New Roman" w:hAnsi="Times New Roman" w:cs="Times New Roman"/>
          <w:sz w:val="24"/>
          <w:szCs w:val="24"/>
          <w:lang w:val="tr-TR"/>
        </w:rPr>
        <w:t>11</w:t>
      </w:r>
      <w:r w:rsidR="003E4D03">
        <w:rPr>
          <w:rFonts w:ascii="Times New Roman" w:hAnsi="Times New Roman" w:cs="Times New Roman"/>
          <w:sz w:val="24"/>
          <w:szCs w:val="24"/>
          <w:lang w:val="tr-TR"/>
        </w:rPr>
        <w:t>)</w:t>
      </w:r>
      <w:r w:rsidR="001717FD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kişiden az olamaz; üyelerin en az yarısı birim dışındaki paydaşlardan oluşur. </w:t>
      </w:r>
    </w:p>
    <w:p w:rsidR="00D66D28" w:rsidRPr="00965E73" w:rsidRDefault="00FA78B3" w:rsidP="00D66D28">
      <w:pPr>
        <w:spacing w:before="120" w:after="1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(4</w:t>
      </w:r>
      <w:r w:rsidR="00D66D28" w:rsidRPr="00965E73">
        <w:rPr>
          <w:rFonts w:ascii="Times New Roman" w:hAnsi="Times New Roman" w:cs="Times New Roman"/>
          <w:b/>
          <w:sz w:val="24"/>
          <w:szCs w:val="24"/>
          <w:lang w:val="tr-TR"/>
        </w:rPr>
        <w:t>)</w:t>
      </w:r>
      <w:r w:rsidR="002C27B7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Kurul</w:t>
      </w:r>
      <w:r w:rsidR="00D66D28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üyele</w:t>
      </w:r>
      <w:r w:rsidR="00EE7A97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ri, </w:t>
      </w:r>
      <w:r w:rsidR="004455C3" w:rsidRPr="00965E73">
        <w:rPr>
          <w:rFonts w:ascii="Times New Roman" w:hAnsi="Times New Roman" w:cs="Times New Roman"/>
          <w:sz w:val="24"/>
          <w:szCs w:val="24"/>
          <w:lang w:val="tr-TR"/>
        </w:rPr>
        <w:t>ilgili birimin resmi</w:t>
      </w:r>
      <w:r w:rsidR="00D66D28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web sayfasında ilan edili</w:t>
      </w:r>
      <w:r w:rsidR="001717FD" w:rsidRPr="00965E73">
        <w:rPr>
          <w:rFonts w:ascii="Times New Roman" w:hAnsi="Times New Roman" w:cs="Times New Roman"/>
          <w:sz w:val="24"/>
          <w:szCs w:val="24"/>
          <w:lang w:val="tr-TR"/>
        </w:rPr>
        <w:t>r. Üyelerde değişiklik olması ha</w:t>
      </w:r>
      <w:r w:rsidR="00D66D28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linde güncel liste aynı </w:t>
      </w:r>
      <w:r w:rsidR="002C27B7" w:rsidRPr="00965E73">
        <w:rPr>
          <w:rFonts w:ascii="Times New Roman" w:hAnsi="Times New Roman" w:cs="Times New Roman"/>
          <w:sz w:val="24"/>
          <w:szCs w:val="24"/>
          <w:lang w:val="tr-TR"/>
        </w:rPr>
        <w:t>yolla</w:t>
      </w:r>
      <w:r w:rsidR="00D66D28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duyurulur.</w:t>
      </w:r>
    </w:p>
    <w:p w:rsidR="00D47C8F" w:rsidRPr="00965E73" w:rsidRDefault="00D47C8F" w:rsidP="00D47C8F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Görev Süreleri ve Üyelik</w:t>
      </w:r>
    </w:p>
    <w:p w:rsidR="00D47C8F" w:rsidRPr="00965E73" w:rsidRDefault="00D47C8F" w:rsidP="00D47C8F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 xml:space="preserve">MADDE 8- </w:t>
      </w:r>
    </w:p>
    <w:p w:rsidR="00D47C8F" w:rsidRPr="00965E73" w:rsidRDefault="00EE7A97" w:rsidP="00D47C8F">
      <w:pPr>
        <w:spacing w:before="120" w:after="1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(1</w:t>
      </w:r>
      <w:r w:rsidR="00D47C8F" w:rsidRPr="00965E73">
        <w:rPr>
          <w:rFonts w:ascii="Times New Roman" w:hAnsi="Times New Roman" w:cs="Times New Roman"/>
          <w:b/>
          <w:sz w:val="24"/>
          <w:szCs w:val="24"/>
          <w:lang w:val="tr-TR"/>
        </w:rPr>
        <w:t>)</w:t>
      </w:r>
      <w:r w:rsidR="00D47C8F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Kurul </w:t>
      </w:r>
      <w:r w:rsidR="00145BE6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üyelerinin </w:t>
      </w:r>
      <w:r w:rsidR="00D47C8F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görev süresi üç (3) yıldır. </w:t>
      </w:r>
    </w:p>
    <w:p w:rsidR="00D47C8F" w:rsidRPr="00965E73" w:rsidRDefault="00EE7A97" w:rsidP="00D47C8F">
      <w:pPr>
        <w:spacing w:before="120" w:after="1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(2</w:t>
      </w:r>
      <w:r w:rsidR="00D47C8F" w:rsidRPr="00965E73">
        <w:rPr>
          <w:rFonts w:ascii="Times New Roman" w:hAnsi="Times New Roman" w:cs="Times New Roman"/>
          <w:b/>
          <w:sz w:val="24"/>
          <w:szCs w:val="24"/>
          <w:lang w:val="tr-TR"/>
        </w:rPr>
        <w:t>)</w:t>
      </w:r>
      <w:r w:rsidR="00D47C8F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Görev süresi sona eren üyeler</w:t>
      </w:r>
      <w:r w:rsidR="004455C3" w:rsidRPr="00965E73">
        <w:rPr>
          <w:rFonts w:ascii="Times New Roman" w:hAnsi="Times New Roman" w:cs="Times New Roman"/>
          <w:sz w:val="24"/>
          <w:szCs w:val="24"/>
          <w:lang w:val="tr-TR"/>
        </w:rPr>
        <w:t>,</w:t>
      </w:r>
      <w:r w:rsidR="00D47C8F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aynı usulle yeniden seçil</w:t>
      </w:r>
      <w:r w:rsidR="002C27B7" w:rsidRPr="00965E73">
        <w:rPr>
          <w:rFonts w:ascii="Times New Roman" w:hAnsi="Times New Roman" w:cs="Times New Roman"/>
          <w:sz w:val="24"/>
          <w:szCs w:val="24"/>
          <w:lang w:val="tr-TR"/>
        </w:rPr>
        <w:t>ebil</w:t>
      </w:r>
      <w:r w:rsidR="00D47C8F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ir. </w:t>
      </w:r>
    </w:p>
    <w:p w:rsidR="00D47C8F" w:rsidRPr="00965E73" w:rsidRDefault="00D47C8F" w:rsidP="00D47C8F">
      <w:pPr>
        <w:spacing w:before="120" w:after="1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(</w:t>
      </w:r>
      <w:r w:rsidR="00EE7A97" w:rsidRPr="00965E73">
        <w:rPr>
          <w:rFonts w:ascii="Times New Roman" w:hAnsi="Times New Roman" w:cs="Times New Roman"/>
          <w:b/>
          <w:sz w:val="24"/>
          <w:szCs w:val="24"/>
          <w:lang w:val="tr-TR"/>
        </w:rPr>
        <w:t>3</w:t>
      </w: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)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Kurumlarını temsilen seçilen üyelerin, kurumlarındaki görevlerinin sona ermesi halinde danışma kurulu üyelikleri de sona erer. Görevi sona eren üyenin yerine yeni </w:t>
      </w:r>
      <w:r w:rsidR="002C27B7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bir 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>üye seçilir.</w:t>
      </w:r>
    </w:p>
    <w:p w:rsidR="00D47C8F" w:rsidRPr="00965E73" w:rsidRDefault="00D47C8F" w:rsidP="00D47C8F">
      <w:pPr>
        <w:spacing w:before="120" w:after="1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(</w:t>
      </w:r>
      <w:r w:rsidR="00EE7A97" w:rsidRPr="00965E73">
        <w:rPr>
          <w:rFonts w:ascii="Times New Roman" w:hAnsi="Times New Roman" w:cs="Times New Roman"/>
          <w:b/>
          <w:sz w:val="24"/>
          <w:szCs w:val="24"/>
          <w:lang w:val="tr-TR"/>
        </w:rPr>
        <w:t>4</w:t>
      </w:r>
      <w:r w:rsidR="00D66D28" w:rsidRPr="00965E73">
        <w:rPr>
          <w:rFonts w:ascii="Times New Roman" w:hAnsi="Times New Roman" w:cs="Times New Roman"/>
          <w:b/>
          <w:sz w:val="24"/>
          <w:szCs w:val="24"/>
          <w:lang w:val="tr-TR"/>
        </w:rPr>
        <w:t>)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Siyasi partilerin merkez, il ve ilçe teşkilatlarının yönetim, yürütme ve denetleme kurulu üyeleri ile yöneticileri </w:t>
      </w:r>
      <w:r w:rsidR="004455C3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danışma kurullarında 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>görev alamazlar.</w:t>
      </w:r>
    </w:p>
    <w:p w:rsidR="00D66D28" w:rsidRPr="00965E73" w:rsidRDefault="00D66D28" w:rsidP="00D47C8F">
      <w:pPr>
        <w:spacing w:before="120" w:after="120"/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5E08F6" w:rsidRPr="00965E73" w:rsidRDefault="001865E5" w:rsidP="005E08F6">
      <w:pPr>
        <w:pStyle w:val="Balk2"/>
        <w:spacing w:before="120" w:after="120"/>
        <w:jc w:val="center"/>
        <w:rPr>
          <w:rFonts w:ascii="Times New Roman" w:hAnsi="Times New Roman" w:cs="Times New Roman"/>
          <w:color w:val="auto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color w:val="auto"/>
          <w:sz w:val="24"/>
          <w:szCs w:val="24"/>
          <w:lang w:val="tr-TR"/>
        </w:rPr>
        <w:t>ÜÇÜNCÜ BÖLÜM</w:t>
      </w:r>
    </w:p>
    <w:p w:rsidR="008843BB" w:rsidRPr="00965E73" w:rsidRDefault="001865E5" w:rsidP="0032345D">
      <w:pPr>
        <w:pStyle w:val="Balk2"/>
        <w:spacing w:before="120" w:after="120"/>
        <w:jc w:val="center"/>
        <w:rPr>
          <w:rFonts w:ascii="Times New Roman" w:hAnsi="Times New Roman" w:cs="Times New Roman"/>
          <w:color w:val="auto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color w:val="auto"/>
          <w:sz w:val="24"/>
          <w:szCs w:val="24"/>
          <w:lang w:val="tr-TR"/>
        </w:rPr>
        <w:t>Görev ve Sorumluluklar</w:t>
      </w:r>
    </w:p>
    <w:p w:rsidR="000714E5" w:rsidRPr="00965E73" w:rsidRDefault="00B95347" w:rsidP="00F612AC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 xml:space="preserve">MADDE </w:t>
      </w:r>
      <w:r w:rsidR="005E08F6" w:rsidRPr="00965E73">
        <w:rPr>
          <w:rFonts w:ascii="Times New Roman" w:hAnsi="Times New Roman" w:cs="Times New Roman"/>
          <w:b/>
          <w:sz w:val="24"/>
          <w:szCs w:val="24"/>
          <w:lang w:val="tr-TR"/>
        </w:rPr>
        <w:t>9</w:t>
      </w:r>
      <w:r w:rsidR="000714E5" w:rsidRPr="00965E73">
        <w:rPr>
          <w:rFonts w:ascii="Times New Roman" w:hAnsi="Times New Roman" w:cs="Times New Roman"/>
          <w:b/>
          <w:sz w:val="24"/>
          <w:szCs w:val="24"/>
          <w:lang w:val="tr-TR"/>
        </w:rPr>
        <w:t xml:space="preserve"> –</w:t>
      </w:r>
    </w:p>
    <w:p w:rsidR="00B95347" w:rsidRPr="00965E73" w:rsidRDefault="00B95347" w:rsidP="00F612AC">
      <w:pPr>
        <w:spacing w:before="120" w:after="1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(1)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Üniversite Danışma</w:t>
      </w:r>
      <w:r w:rsidR="001A0C4D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Kurulu</w:t>
      </w:r>
      <w:r w:rsidR="00EC149B" w:rsidRPr="00965E73">
        <w:rPr>
          <w:rFonts w:ascii="Times New Roman" w:hAnsi="Times New Roman" w:cs="Times New Roman"/>
          <w:sz w:val="24"/>
          <w:szCs w:val="24"/>
          <w:lang w:val="tr-TR"/>
        </w:rPr>
        <w:t>’nun görevleri şunlardır:</w:t>
      </w:r>
    </w:p>
    <w:p w:rsidR="00B95347" w:rsidRPr="00965E73" w:rsidRDefault="00B95347" w:rsidP="00782862">
      <w:pPr>
        <w:spacing w:before="120" w:after="120"/>
        <w:ind w:left="7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a)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Üniversitenin stratejik planı doğrultusunda </w:t>
      </w:r>
      <w:r w:rsidR="000714E5" w:rsidRPr="00965E73">
        <w:rPr>
          <w:rFonts w:ascii="Times New Roman" w:hAnsi="Times New Roman" w:cs="Times New Roman"/>
          <w:sz w:val="24"/>
          <w:szCs w:val="24"/>
          <w:lang w:val="tr-TR"/>
        </w:rPr>
        <w:t>eğitim-öğretim, araştırma-geliştirme, toplumsal katkı ve yönetim süreçlerinin etkinliğini arttırmak</w:t>
      </w:r>
      <w:r w:rsidR="00EC149B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için tavsiye kararları </w:t>
      </w:r>
      <w:r w:rsidR="000714E5" w:rsidRPr="00965E73">
        <w:rPr>
          <w:rFonts w:ascii="Times New Roman" w:hAnsi="Times New Roman" w:cs="Times New Roman"/>
          <w:sz w:val="24"/>
          <w:szCs w:val="24"/>
          <w:lang w:val="tr-TR"/>
        </w:rPr>
        <w:t>sunmak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>,</w:t>
      </w:r>
    </w:p>
    <w:p w:rsidR="00B95347" w:rsidRPr="00965E73" w:rsidRDefault="00B95347" w:rsidP="00782862">
      <w:pPr>
        <w:spacing w:before="120" w:after="120"/>
        <w:ind w:left="7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b)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Kamu-</w:t>
      </w:r>
      <w:r w:rsidR="00EC149B" w:rsidRPr="00965E73">
        <w:rPr>
          <w:rFonts w:ascii="Times New Roman" w:hAnsi="Times New Roman" w:cs="Times New Roman"/>
          <w:sz w:val="24"/>
          <w:szCs w:val="24"/>
          <w:lang w:val="tr-TR"/>
        </w:rPr>
        <w:t>Üniversite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>-</w:t>
      </w:r>
      <w:r w:rsidR="00EC149B" w:rsidRPr="00965E73">
        <w:rPr>
          <w:rFonts w:ascii="Times New Roman" w:hAnsi="Times New Roman" w:cs="Times New Roman"/>
          <w:sz w:val="24"/>
          <w:szCs w:val="24"/>
          <w:lang w:val="tr-TR"/>
        </w:rPr>
        <w:t>Sanayi iş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>birliğinin geliştirilmesi yönelik önerilerde bulunmak,</w:t>
      </w:r>
    </w:p>
    <w:p w:rsidR="00B95347" w:rsidRPr="00965E73" w:rsidRDefault="00B95347" w:rsidP="00782862">
      <w:pPr>
        <w:spacing w:before="120" w:after="120"/>
        <w:ind w:left="7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c)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Eğitim programlarının güncellenmesi ve iyileştirilmesi </w:t>
      </w:r>
      <w:r w:rsidR="00EC149B" w:rsidRPr="00965E73">
        <w:rPr>
          <w:rFonts w:ascii="Times New Roman" w:hAnsi="Times New Roman" w:cs="Times New Roman"/>
          <w:sz w:val="24"/>
          <w:szCs w:val="24"/>
          <w:lang w:val="tr-TR"/>
        </w:rPr>
        <w:t>konularında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görüş bildirmek,</w:t>
      </w:r>
    </w:p>
    <w:p w:rsidR="00B95347" w:rsidRPr="00965E73" w:rsidRDefault="002C3175" w:rsidP="00782862">
      <w:pPr>
        <w:tabs>
          <w:tab w:val="left" w:pos="142"/>
        </w:tabs>
        <w:spacing w:before="120" w:after="120"/>
        <w:ind w:left="7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ç)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EC149B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Öğrencilerin iş </w:t>
      </w:r>
      <w:r w:rsidR="00B95347" w:rsidRPr="00965E73">
        <w:rPr>
          <w:rFonts w:ascii="Times New Roman" w:hAnsi="Times New Roman" w:cs="Times New Roman"/>
          <w:sz w:val="24"/>
          <w:szCs w:val="24"/>
          <w:lang w:val="tr-TR"/>
        </w:rPr>
        <w:t>dünyasının ihtiyaçla</w:t>
      </w:r>
      <w:r w:rsidR="000714E5" w:rsidRPr="00965E73">
        <w:rPr>
          <w:rFonts w:ascii="Times New Roman" w:hAnsi="Times New Roman" w:cs="Times New Roman"/>
          <w:sz w:val="24"/>
          <w:szCs w:val="24"/>
          <w:lang w:val="tr-TR"/>
        </w:rPr>
        <w:t>rı doğrultusunda yetiştirilmesi</w:t>
      </w:r>
      <w:r w:rsidR="00EC149B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ve mezunların istihdam olanaklarının arttırılmasına yönelik ö</w:t>
      </w:r>
      <w:r w:rsidR="00B95347" w:rsidRPr="00965E73">
        <w:rPr>
          <w:rFonts w:ascii="Times New Roman" w:hAnsi="Times New Roman" w:cs="Times New Roman"/>
          <w:sz w:val="24"/>
          <w:szCs w:val="24"/>
          <w:lang w:val="tr-TR"/>
        </w:rPr>
        <w:t>neriler sunmak,</w:t>
      </w:r>
    </w:p>
    <w:p w:rsidR="00B95347" w:rsidRPr="00965E73" w:rsidRDefault="00B95347" w:rsidP="00782862">
      <w:pPr>
        <w:spacing w:before="120" w:after="120"/>
        <w:ind w:left="7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d)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Ulusal ve uluslararası proje, seminer, panel, sempozyum, çalıştay gibi bilimsel etkinliklerin düzenlenmesi</w:t>
      </w:r>
      <w:r w:rsidR="00B22B41" w:rsidRPr="00965E73">
        <w:rPr>
          <w:rFonts w:ascii="Times New Roman" w:hAnsi="Times New Roman" w:cs="Times New Roman"/>
          <w:sz w:val="24"/>
          <w:szCs w:val="24"/>
          <w:lang w:val="tr-TR"/>
        </w:rPr>
        <w:t>ne ilişkin fikir ve öneri</w:t>
      </w:r>
      <w:r w:rsidR="00CF3390" w:rsidRPr="00965E73">
        <w:rPr>
          <w:rFonts w:ascii="Times New Roman" w:hAnsi="Times New Roman" w:cs="Times New Roman"/>
          <w:sz w:val="24"/>
          <w:szCs w:val="24"/>
          <w:lang w:val="tr-TR"/>
        </w:rPr>
        <w:t>ler</w:t>
      </w:r>
      <w:r w:rsidR="00B22B41" w:rsidRPr="00965E73">
        <w:rPr>
          <w:rFonts w:ascii="Times New Roman" w:hAnsi="Times New Roman" w:cs="Times New Roman"/>
          <w:sz w:val="24"/>
          <w:szCs w:val="24"/>
          <w:lang w:val="tr-TR"/>
        </w:rPr>
        <w:t>de bulunmak,</w:t>
      </w:r>
    </w:p>
    <w:p w:rsidR="00B95347" w:rsidRPr="00965E73" w:rsidRDefault="00B95347" w:rsidP="00782862">
      <w:pPr>
        <w:spacing w:before="120" w:after="120"/>
        <w:ind w:left="7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e)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Staj, mentorlük ve k</w:t>
      </w:r>
      <w:r w:rsidR="00B22B41" w:rsidRPr="00965E73">
        <w:rPr>
          <w:rFonts w:ascii="Times New Roman" w:hAnsi="Times New Roman" w:cs="Times New Roman"/>
          <w:sz w:val="24"/>
          <w:szCs w:val="24"/>
          <w:lang w:val="tr-TR"/>
        </w:rPr>
        <w:t>ariyer geliştirme faaliyetlerini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destek</w:t>
      </w:r>
      <w:r w:rsidR="00B22B41" w:rsidRPr="00965E73">
        <w:rPr>
          <w:rFonts w:ascii="Times New Roman" w:hAnsi="Times New Roman" w:cs="Times New Roman"/>
          <w:sz w:val="24"/>
          <w:szCs w:val="24"/>
          <w:lang w:val="tr-TR"/>
        </w:rPr>
        <w:t>leyici önerilerde bulunmak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>,</w:t>
      </w:r>
    </w:p>
    <w:p w:rsidR="00B95347" w:rsidRPr="00965E73" w:rsidRDefault="00B95347" w:rsidP="00782862">
      <w:pPr>
        <w:spacing w:before="120" w:after="120"/>
        <w:ind w:left="7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f)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Birim </w:t>
      </w:r>
      <w:r w:rsidR="00B22B41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Danışma Kurullarından 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gelen </w:t>
      </w:r>
      <w:r w:rsidR="00B22B41" w:rsidRPr="00965E73">
        <w:rPr>
          <w:rFonts w:ascii="Times New Roman" w:hAnsi="Times New Roman" w:cs="Times New Roman"/>
          <w:sz w:val="24"/>
          <w:szCs w:val="24"/>
          <w:lang w:val="tr-TR"/>
        </w:rPr>
        <w:t>talepleri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değerlend</w:t>
      </w:r>
      <w:r w:rsidR="00B22B41" w:rsidRPr="00965E73">
        <w:rPr>
          <w:rFonts w:ascii="Times New Roman" w:hAnsi="Times New Roman" w:cs="Times New Roman"/>
          <w:sz w:val="24"/>
          <w:szCs w:val="24"/>
          <w:lang w:val="tr-TR"/>
        </w:rPr>
        <w:t>irmek ve çözüme dair öneriler sunmak,</w:t>
      </w:r>
    </w:p>
    <w:p w:rsidR="00B95347" w:rsidRPr="00965E73" w:rsidRDefault="00B16B5A" w:rsidP="00782862">
      <w:pPr>
        <w:spacing w:before="120" w:after="120"/>
        <w:ind w:left="7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g)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B95347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Yeni program, bölüm veya uygulama alanı açılmasına yönelik </w:t>
      </w:r>
      <w:r w:rsidR="000714E5" w:rsidRPr="00965E73">
        <w:rPr>
          <w:rFonts w:ascii="Times New Roman" w:hAnsi="Times New Roman" w:cs="Times New Roman"/>
          <w:sz w:val="24"/>
          <w:szCs w:val="24"/>
          <w:lang w:val="tr-TR"/>
        </w:rPr>
        <w:t>teklif</w:t>
      </w:r>
      <w:r w:rsidR="00B95347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B22B41" w:rsidRPr="00965E73">
        <w:rPr>
          <w:rFonts w:ascii="Times New Roman" w:hAnsi="Times New Roman" w:cs="Times New Roman"/>
          <w:sz w:val="24"/>
          <w:szCs w:val="24"/>
          <w:lang w:val="tr-TR"/>
        </w:rPr>
        <w:t>sunmak</w:t>
      </w:r>
      <w:r w:rsidR="00B95347" w:rsidRPr="00965E73">
        <w:rPr>
          <w:rFonts w:ascii="Times New Roman" w:hAnsi="Times New Roman" w:cs="Times New Roman"/>
          <w:sz w:val="24"/>
          <w:szCs w:val="24"/>
          <w:lang w:val="tr-TR"/>
        </w:rPr>
        <w:t>,</w:t>
      </w:r>
    </w:p>
    <w:p w:rsidR="00B95347" w:rsidRPr="00965E73" w:rsidRDefault="00B16B5A" w:rsidP="00782862">
      <w:pPr>
        <w:spacing w:before="120" w:after="120"/>
        <w:ind w:left="7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lastRenderedPageBreak/>
        <w:t>ğ)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B22B41" w:rsidRPr="00965E73">
        <w:rPr>
          <w:rFonts w:ascii="Times New Roman" w:hAnsi="Times New Roman" w:cs="Times New Roman"/>
          <w:sz w:val="24"/>
          <w:szCs w:val="24"/>
          <w:lang w:val="tr-TR"/>
        </w:rPr>
        <w:t>Gerek</w:t>
      </w:r>
      <w:r w:rsidR="00B95347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görülen durumla</w:t>
      </w:r>
      <w:r w:rsidR="00B22B41" w:rsidRPr="00965E73">
        <w:rPr>
          <w:rFonts w:ascii="Times New Roman" w:hAnsi="Times New Roman" w:cs="Times New Roman"/>
          <w:sz w:val="24"/>
          <w:szCs w:val="24"/>
          <w:lang w:val="tr-TR"/>
        </w:rPr>
        <w:t>rda çalışma alt komisyonlarının oluşturulması için önerilerde bulunmak,</w:t>
      </w:r>
    </w:p>
    <w:p w:rsidR="00B95347" w:rsidRPr="00965E73" w:rsidRDefault="00B16B5A" w:rsidP="00782862">
      <w:pPr>
        <w:spacing w:before="120" w:after="120"/>
        <w:ind w:left="7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h</w:t>
      </w:r>
      <w:r w:rsidR="00B95347" w:rsidRPr="00965E73">
        <w:rPr>
          <w:rFonts w:ascii="Times New Roman" w:hAnsi="Times New Roman" w:cs="Times New Roman"/>
          <w:b/>
          <w:sz w:val="24"/>
          <w:szCs w:val="24"/>
          <w:lang w:val="tr-TR"/>
        </w:rPr>
        <w:t>)</w:t>
      </w:r>
      <w:r w:rsidR="00B95347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Üniversitenin tanıtımı ve marka değerinin art</w:t>
      </w:r>
      <w:r w:rsidR="00FD1A8A" w:rsidRPr="00965E73">
        <w:rPr>
          <w:rFonts w:ascii="Times New Roman" w:hAnsi="Times New Roman" w:cs="Times New Roman"/>
          <w:sz w:val="24"/>
          <w:szCs w:val="24"/>
          <w:lang w:val="tr-TR"/>
        </w:rPr>
        <w:t>t</w:t>
      </w:r>
      <w:r w:rsidR="00B95347" w:rsidRPr="00965E73">
        <w:rPr>
          <w:rFonts w:ascii="Times New Roman" w:hAnsi="Times New Roman" w:cs="Times New Roman"/>
          <w:sz w:val="24"/>
          <w:szCs w:val="24"/>
          <w:lang w:val="tr-TR"/>
        </w:rPr>
        <w:t>ırı</w:t>
      </w:r>
      <w:r w:rsidR="00FD1A8A" w:rsidRPr="00965E73">
        <w:rPr>
          <w:rFonts w:ascii="Times New Roman" w:hAnsi="Times New Roman" w:cs="Times New Roman"/>
          <w:sz w:val="24"/>
          <w:szCs w:val="24"/>
          <w:lang w:val="tr-TR"/>
        </w:rPr>
        <w:t>lmasına yönelik görüş bildirmek,</w:t>
      </w:r>
    </w:p>
    <w:p w:rsidR="009F6470" w:rsidRPr="00965E73" w:rsidRDefault="009F6470" w:rsidP="00F612AC">
      <w:pPr>
        <w:spacing w:before="120" w:after="120"/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2C3175" w:rsidRPr="00965E73" w:rsidRDefault="001865E5" w:rsidP="00F612AC">
      <w:pPr>
        <w:spacing w:before="120" w:after="1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 xml:space="preserve">(2) 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>Birim Danışma Kurullarının görevleri şunlardır:</w:t>
      </w:r>
    </w:p>
    <w:p w:rsidR="00B95347" w:rsidRPr="00965E73" w:rsidRDefault="001865E5" w:rsidP="00782862">
      <w:pPr>
        <w:spacing w:before="120" w:after="120"/>
        <w:ind w:left="7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a)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B95347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Birimin </w:t>
      </w:r>
      <w:r w:rsidR="000714E5" w:rsidRPr="00965E73">
        <w:rPr>
          <w:rFonts w:ascii="Times New Roman" w:hAnsi="Times New Roman" w:cs="Times New Roman"/>
          <w:sz w:val="24"/>
          <w:szCs w:val="24"/>
          <w:lang w:val="tr-TR"/>
        </w:rPr>
        <w:t>eğitim-öğretim, araştırma-geliştirme, toplumsal katkı ve yönetim süreçlerinin etkinliğini arttırmaya</w:t>
      </w:r>
      <w:r w:rsidR="00B95347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yönelik önerilerde bulunmak,</w:t>
      </w:r>
    </w:p>
    <w:p w:rsidR="00B95347" w:rsidRPr="00965E73" w:rsidRDefault="002C3175" w:rsidP="00782862">
      <w:pPr>
        <w:spacing w:before="120" w:after="120"/>
        <w:ind w:left="7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b)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B95347" w:rsidRPr="00965E73">
        <w:rPr>
          <w:rFonts w:ascii="Times New Roman" w:hAnsi="Times New Roman" w:cs="Times New Roman"/>
          <w:sz w:val="24"/>
          <w:szCs w:val="24"/>
          <w:lang w:val="tr-TR"/>
        </w:rPr>
        <w:t>Ders programları ve müfredatın güncellenmesi konusunda görüş bildirmek,</w:t>
      </w:r>
    </w:p>
    <w:p w:rsidR="00281F7B" w:rsidRPr="00965E73" w:rsidRDefault="00281F7B" w:rsidP="00782862">
      <w:pPr>
        <w:spacing w:before="120" w:after="120"/>
        <w:ind w:left="7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c)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Mezunlar ve sektör temsilcileriyle işbirliği</w:t>
      </w:r>
      <w:r w:rsidR="00B22B41" w:rsidRPr="00965E73">
        <w:rPr>
          <w:rFonts w:ascii="Times New Roman" w:hAnsi="Times New Roman" w:cs="Times New Roman"/>
          <w:sz w:val="24"/>
          <w:szCs w:val="24"/>
          <w:lang w:val="tr-TR"/>
        </w:rPr>
        <w:t>nin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B22B41" w:rsidRPr="00965E73">
        <w:rPr>
          <w:rFonts w:ascii="Times New Roman" w:hAnsi="Times New Roman" w:cs="Times New Roman"/>
          <w:sz w:val="24"/>
          <w:szCs w:val="24"/>
          <w:lang w:val="tr-TR"/>
        </w:rPr>
        <w:t>geliştirilmesine yönelik öneriler sunmak,</w:t>
      </w:r>
    </w:p>
    <w:p w:rsidR="00281F7B" w:rsidRPr="00965E73" w:rsidRDefault="00281F7B" w:rsidP="00782862">
      <w:pPr>
        <w:spacing w:before="120" w:after="120"/>
        <w:ind w:left="7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ç</w:t>
      </w:r>
      <w:r w:rsidR="001865E5" w:rsidRPr="00965E73">
        <w:rPr>
          <w:rFonts w:ascii="Times New Roman" w:hAnsi="Times New Roman" w:cs="Times New Roman"/>
          <w:b/>
          <w:sz w:val="24"/>
          <w:szCs w:val="24"/>
          <w:lang w:val="tr-TR"/>
        </w:rPr>
        <w:t>)</w:t>
      </w:r>
      <w:r w:rsidR="001865E5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Öğrencilerin mesleki gelişimine yönelik faaliyetlerde (staj, seminer, proje, çalıştay vb.) önerilerde bulunmak,</w:t>
      </w:r>
    </w:p>
    <w:p w:rsidR="00B95347" w:rsidRPr="00965E73" w:rsidRDefault="00281F7B" w:rsidP="00782862">
      <w:pPr>
        <w:tabs>
          <w:tab w:val="left" w:pos="142"/>
          <w:tab w:val="left" w:pos="284"/>
        </w:tabs>
        <w:spacing w:before="120" w:after="120"/>
        <w:ind w:left="7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d</w:t>
      </w:r>
      <w:r w:rsidR="001865E5" w:rsidRPr="00965E73">
        <w:rPr>
          <w:rFonts w:ascii="Times New Roman" w:hAnsi="Times New Roman" w:cs="Times New Roman"/>
          <w:b/>
          <w:sz w:val="24"/>
          <w:szCs w:val="24"/>
          <w:lang w:val="tr-TR"/>
        </w:rPr>
        <w:t>)</w:t>
      </w:r>
      <w:r w:rsidR="001865E5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Birim içi kalite süreçlerinin iyileştirilmesine </w:t>
      </w:r>
      <w:r w:rsidR="00B22B41" w:rsidRPr="00965E73">
        <w:rPr>
          <w:rFonts w:ascii="Times New Roman" w:hAnsi="Times New Roman" w:cs="Times New Roman"/>
          <w:sz w:val="24"/>
          <w:szCs w:val="24"/>
          <w:lang w:val="tr-TR"/>
        </w:rPr>
        <w:t>yönelik önerilerde bulunmak</w:t>
      </w:r>
      <w:r w:rsidR="001865E5" w:rsidRPr="00965E73">
        <w:rPr>
          <w:rFonts w:ascii="Times New Roman" w:hAnsi="Times New Roman" w:cs="Times New Roman"/>
          <w:sz w:val="24"/>
          <w:szCs w:val="24"/>
          <w:lang w:val="tr-TR"/>
        </w:rPr>
        <w:t>,</w:t>
      </w:r>
    </w:p>
    <w:p w:rsidR="00281F7B" w:rsidRPr="00965E73" w:rsidRDefault="00281F7B" w:rsidP="00782862">
      <w:pPr>
        <w:tabs>
          <w:tab w:val="left" w:pos="142"/>
          <w:tab w:val="left" w:pos="284"/>
        </w:tabs>
        <w:spacing w:before="120" w:after="120"/>
        <w:ind w:left="7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e)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Bilimsel etkinlikler ve projeler</w:t>
      </w:r>
      <w:r w:rsidR="00C91506" w:rsidRPr="00965E73">
        <w:rPr>
          <w:rFonts w:ascii="Times New Roman" w:hAnsi="Times New Roman" w:cs="Times New Roman"/>
          <w:sz w:val="24"/>
          <w:szCs w:val="24"/>
          <w:lang w:val="tr-TR"/>
        </w:rPr>
        <w:t>in gerçekleştirilmesi için önerilerde bulunmak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>,</w:t>
      </w:r>
    </w:p>
    <w:p w:rsidR="008843BB" w:rsidRPr="00965E73" w:rsidRDefault="00281F7B" w:rsidP="00782862">
      <w:pPr>
        <w:spacing w:before="120" w:after="120"/>
        <w:ind w:left="7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f</w:t>
      </w:r>
      <w:r w:rsidR="00C91506" w:rsidRPr="00965E73">
        <w:rPr>
          <w:rFonts w:ascii="Times New Roman" w:hAnsi="Times New Roman" w:cs="Times New Roman"/>
          <w:b/>
          <w:sz w:val="24"/>
          <w:szCs w:val="24"/>
          <w:lang w:val="tr-TR"/>
        </w:rPr>
        <w:t>)</w:t>
      </w:r>
      <w:r w:rsidR="00C91506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Alınan kararları, </w:t>
      </w:r>
      <w:r w:rsidR="001865E5" w:rsidRPr="00965E73">
        <w:rPr>
          <w:rFonts w:ascii="Times New Roman" w:hAnsi="Times New Roman" w:cs="Times New Roman"/>
          <w:sz w:val="24"/>
          <w:szCs w:val="24"/>
          <w:lang w:val="tr-TR"/>
        </w:rPr>
        <w:t>yıllık rapor halinde Üniversite Danışma Kuruluna iletmek.</w:t>
      </w:r>
    </w:p>
    <w:p w:rsidR="00D66D28" w:rsidRPr="00965E73" w:rsidRDefault="00D66D28" w:rsidP="00F612AC">
      <w:pPr>
        <w:spacing w:before="120" w:after="120"/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2C3175" w:rsidRPr="00965E73" w:rsidRDefault="001865E5" w:rsidP="007A0343">
      <w:pPr>
        <w:pStyle w:val="Balk2"/>
        <w:spacing w:before="120" w:after="120"/>
        <w:jc w:val="center"/>
        <w:rPr>
          <w:rFonts w:ascii="Times New Roman" w:hAnsi="Times New Roman" w:cs="Times New Roman"/>
          <w:color w:val="auto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color w:val="auto"/>
          <w:sz w:val="24"/>
          <w:szCs w:val="24"/>
          <w:lang w:val="tr-TR"/>
        </w:rPr>
        <w:t>DÖRDÜNCÜ BÖLÜM</w:t>
      </w:r>
    </w:p>
    <w:p w:rsidR="008843BB" w:rsidRPr="00965E73" w:rsidRDefault="001865E5" w:rsidP="007A0343">
      <w:pPr>
        <w:pStyle w:val="Balk2"/>
        <w:spacing w:before="120" w:after="120"/>
        <w:jc w:val="center"/>
        <w:rPr>
          <w:rFonts w:ascii="Times New Roman" w:hAnsi="Times New Roman" w:cs="Times New Roman"/>
          <w:color w:val="auto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color w:val="auto"/>
          <w:sz w:val="24"/>
          <w:szCs w:val="24"/>
          <w:lang w:val="tr-TR"/>
        </w:rPr>
        <w:t>Çalışma Usul ve Esasları</w:t>
      </w:r>
    </w:p>
    <w:p w:rsidR="00C91506" w:rsidRPr="00965E73" w:rsidRDefault="001865E5" w:rsidP="00F612AC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 xml:space="preserve">MADDE </w:t>
      </w:r>
      <w:r w:rsidR="00DE0B75" w:rsidRPr="00965E73">
        <w:rPr>
          <w:rFonts w:ascii="Times New Roman" w:hAnsi="Times New Roman" w:cs="Times New Roman"/>
          <w:b/>
          <w:sz w:val="24"/>
          <w:szCs w:val="24"/>
          <w:lang w:val="tr-TR"/>
        </w:rPr>
        <w:t>10</w:t>
      </w:r>
      <w:r w:rsidR="007A0343" w:rsidRPr="00965E73">
        <w:rPr>
          <w:rFonts w:ascii="Times New Roman" w:hAnsi="Times New Roman" w:cs="Times New Roman"/>
          <w:b/>
          <w:sz w:val="24"/>
          <w:szCs w:val="24"/>
          <w:lang w:val="tr-TR"/>
        </w:rPr>
        <w:t>-</w:t>
      </w:r>
    </w:p>
    <w:p w:rsidR="001865E5" w:rsidRPr="00965E73" w:rsidRDefault="001865E5" w:rsidP="00F612AC">
      <w:pPr>
        <w:spacing w:before="120" w:after="1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(1)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Üniversite Danışma Kurulu, Rektör tarafından belirlenen tarihte yazılı veya elektronik olarak tüm üyelere yapılan davet ile yılda en az bir kez</w:t>
      </w:r>
      <w:r w:rsidR="00494210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494210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(1) 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toplanır. </w:t>
      </w:r>
      <w:r w:rsidR="00FD1A8A" w:rsidRPr="00965E73">
        <w:rPr>
          <w:rFonts w:ascii="Times New Roman" w:hAnsi="Times New Roman" w:cs="Times New Roman"/>
          <w:sz w:val="24"/>
          <w:szCs w:val="24"/>
          <w:lang w:val="tr-TR"/>
        </w:rPr>
        <w:t>Rektör,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gerek</w:t>
      </w:r>
      <w:r w:rsidR="00FD1A8A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gördüğü hallerde kurulu 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olağanüstü </w:t>
      </w:r>
      <w:r w:rsidR="00FD1A8A" w:rsidRPr="00965E73">
        <w:rPr>
          <w:rFonts w:ascii="Times New Roman" w:hAnsi="Times New Roman" w:cs="Times New Roman"/>
          <w:sz w:val="24"/>
          <w:szCs w:val="24"/>
          <w:lang w:val="tr-TR"/>
        </w:rPr>
        <w:t>toplayabilir.</w:t>
      </w:r>
    </w:p>
    <w:p w:rsidR="001865E5" w:rsidRPr="00965E73" w:rsidRDefault="00281F7B" w:rsidP="00F612AC">
      <w:pPr>
        <w:spacing w:before="120" w:after="1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(2)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1865E5" w:rsidRPr="00965E73">
        <w:rPr>
          <w:rFonts w:ascii="Times New Roman" w:hAnsi="Times New Roman" w:cs="Times New Roman"/>
          <w:bCs/>
          <w:sz w:val="24"/>
          <w:szCs w:val="24"/>
          <w:lang w:val="tr-TR"/>
        </w:rPr>
        <w:t>Birim Danışma Kurulları</w:t>
      </w:r>
      <w:r w:rsidR="001865E5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da yılda </w:t>
      </w:r>
      <w:r w:rsidR="001865E5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en az </w:t>
      </w:r>
      <w:r w:rsidR="00FD1A8A" w:rsidRPr="00965E73">
        <w:rPr>
          <w:rFonts w:ascii="Times New Roman" w:hAnsi="Times New Roman" w:cs="Times New Roman"/>
          <w:bCs/>
          <w:sz w:val="24"/>
          <w:szCs w:val="24"/>
          <w:lang w:val="tr-TR"/>
        </w:rPr>
        <w:t>bir</w:t>
      </w:r>
      <w:r w:rsidR="00494210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(1)</w:t>
      </w:r>
      <w:r w:rsidR="001865E5" w:rsidRPr="00965E73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kez</w:t>
      </w:r>
      <w:r w:rsidR="001865E5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toplanır. Birim Danışma Kurulları, </w:t>
      </w:r>
      <w:r w:rsidR="00FD1A8A" w:rsidRPr="00965E73">
        <w:rPr>
          <w:rFonts w:ascii="Times New Roman" w:hAnsi="Times New Roman" w:cs="Times New Roman"/>
          <w:sz w:val="24"/>
          <w:szCs w:val="24"/>
          <w:lang w:val="tr-TR"/>
        </w:rPr>
        <w:t>birim amirinin</w:t>
      </w:r>
      <w:r w:rsidR="001865E5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daveti üzerine </w:t>
      </w:r>
      <w:r w:rsidR="00FD1A8A" w:rsidRPr="00965E73">
        <w:rPr>
          <w:rFonts w:ascii="Times New Roman" w:hAnsi="Times New Roman" w:cs="Times New Roman"/>
          <w:sz w:val="24"/>
          <w:szCs w:val="24"/>
          <w:lang w:val="tr-TR"/>
        </w:rPr>
        <w:t>ihtiyaç halinde</w:t>
      </w:r>
      <w:r w:rsidR="00555141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de</w:t>
      </w:r>
      <w:r w:rsidR="00FD1A8A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1865E5" w:rsidRPr="00965E73">
        <w:rPr>
          <w:rFonts w:ascii="Times New Roman" w:hAnsi="Times New Roman" w:cs="Times New Roman"/>
          <w:sz w:val="24"/>
          <w:szCs w:val="24"/>
          <w:lang w:val="tr-TR"/>
        </w:rPr>
        <w:t>toplanabilir</w:t>
      </w:r>
      <w:r w:rsidR="00C91506" w:rsidRPr="00965E73">
        <w:rPr>
          <w:rFonts w:ascii="Times New Roman" w:hAnsi="Times New Roman" w:cs="Times New Roman"/>
          <w:sz w:val="24"/>
          <w:szCs w:val="24"/>
          <w:lang w:val="tr-TR"/>
        </w:rPr>
        <w:t>.</w:t>
      </w:r>
    </w:p>
    <w:p w:rsidR="00281F7B" w:rsidRPr="00965E73" w:rsidRDefault="00281F7B" w:rsidP="00F612AC">
      <w:pPr>
        <w:spacing w:before="120" w:after="1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(3)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1865E5" w:rsidRPr="00965E73">
        <w:rPr>
          <w:rFonts w:ascii="Times New Roman" w:hAnsi="Times New Roman" w:cs="Times New Roman"/>
          <w:sz w:val="24"/>
          <w:szCs w:val="24"/>
          <w:lang w:val="tr-TR"/>
        </w:rPr>
        <w:t>Rektör, Üniversite Danışma Kurulu</w:t>
      </w:r>
      <w:r w:rsidR="000714E5" w:rsidRPr="00965E73">
        <w:rPr>
          <w:rFonts w:ascii="Times New Roman" w:hAnsi="Times New Roman" w:cs="Times New Roman"/>
          <w:sz w:val="24"/>
          <w:szCs w:val="24"/>
          <w:lang w:val="tr-TR"/>
        </w:rPr>
        <w:t>’nun</w:t>
      </w:r>
      <w:r w:rsidR="001865E5" w:rsidRPr="00965E73">
        <w:rPr>
          <w:rFonts w:ascii="Times New Roman" w:hAnsi="Times New Roman" w:cs="Times New Roman"/>
          <w:sz w:val="24"/>
          <w:szCs w:val="24"/>
          <w:lang w:val="tr-TR"/>
        </w:rPr>
        <w:t>, Dekan/Müdür ise Birim Danışma Kurulu</w:t>
      </w:r>
      <w:r w:rsidR="000714E5" w:rsidRPr="00965E73">
        <w:rPr>
          <w:rFonts w:ascii="Times New Roman" w:hAnsi="Times New Roman" w:cs="Times New Roman"/>
          <w:sz w:val="24"/>
          <w:szCs w:val="24"/>
          <w:lang w:val="tr-TR"/>
        </w:rPr>
        <w:t>’</w:t>
      </w:r>
      <w:r w:rsidR="001865E5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nun başkanıdır. </w:t>
      </w:r>
      <w:r w:rsidR="00C91506" w:rsidRPr="00965E73">
        <w:rPr>
          <w:rFonts w:ascii="Times New Roman" w:hAnsi="Times New Roman" w:cs="Times New Roman"/>
          <w:sz w:val="24"/>
          <w:szCs w:val="24"/>
          <w:lang w:val="tr-TR"/>
        </w:rPr>
        <w:t>Rektörün o</w:t>
      </w:r>
      <w:r w:rsidR="001865E5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lmadığı durumlarda, </w:t>
      </w:r>
      <w:r w:rsidR="00C91506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görevlendirdiği </w:t>
      </w:r>
      <w:r w:rsidR="001865E5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bir Rektör </w:t>
      </w:r>
      <w:r w:rsidR="00C91506" w:rsidRPr="00965E73">
        <w:rPr>
          <w:rFonts w:ascii="Times New Roman" w:hAnsi="Times New Roman" w:cs="Times New Roman"/>
          <w:sz w:val="24"/>
          <w:szCs w:val="24"/>
          <w:lang w:val="tr-TR"/>
        </w:rPr>
        <w:t>Yardımcısı; Dekan/Müdürün olmadığı durumlar</w:t>
      </w:r>
      <w:r w:rsidR="00D35763" w:rsidRPr="00965E73">
        <w:rPr>
          <w:rFonts w:ascii="Times New Roman" w:hAnsi="Times New Roman" w:cs="Times New Roman"/>
          <w:sz w:val="24"/>
          <w:szCs w:val="24"/>
          <w:lang w:val="tr-TR"/>
        </w:rPr>
        <w:t>da</w:t>
      </w:r>
      <w:r w:rsidR="00C91506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ise görevlendirdiği </w:t>
      </w:r>
      <w:r w:rsidR="001865E5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Dekan/Müdür </w:t>
      </w:r>
      <w:r w:rsidR="00C91506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Yardımcısı </w:t>
      </w:r>
      <w:r w:rsidR="001865E5" w:rsidRPr="00965E73">
        <w:rPr>
          <w:rFonts w:ascii="Times New Roman" w:hAnsi="Times New Roman" w:cs="Times New Roman"/>
          <w:sz w:val="24"/>
          <w:szCs w:val="24"/>
          <w:lang w:val="tr-TR"/>
        </w:rPr>
        <w:t>kurula başkanlık eder.</w:t>
      </w:r>
    </w:p>
    <w:p w:rsidR="00281F7B" w:rsidRPr="00965E73" w:rsidRDefault="001865E5" w:rsidP="00F612AC">
      <w:pPr>
        <w:spacing w:before="120" w:after="1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(</w:t>
      </w:r>
      <w:r w:rsidR="00281F7B" w:rsidRPr="00965E73">
        <w:rPr>
          <w:rFonts w:ascii="Times New Roman" w:hAnsi="Times New Roman" w:cs="Times New Roman"/>
          <w:b/>
          <w:sz w:val="24"/>
          <w:szCs w:val="24"/>
          <w:lang w:val="tr-TR"/>
        </w:rPr>
        <w:t>4</w:t>
      </w: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)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Kurul toplantılarına ait gündem </w:t>
      </w:r>
      <w:r w:rsidR="000714E5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kurul başkanının </w:t>
      </w:r>
      <w:r w:rsidR="00D35763" w:rsidRPr="00965E73">
        <w:rPr>
          <w:rFonts w:ascii="Times New Roman" w:hAnsi="Times New Roman" w:cs="Times New Roman"/>
          <w:sz w:val="24"/>
          <w:szCs w:val="24"/>
          <w:lang w:val="tr-TR"/>
        </w:rPr>
        <w:t>talimatıyla</w:t>
      </w:r>
      <w:r w:rsidR="00C91506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>hazırlanır ve en az beş</w:t>
      </w:r>
      <w:r w:rsidR="00C73678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>(5) iş günü önce üyelere bildirilir.</w:t>
      </w:r>
    </w:p>
    <w:p w:rsidR="001865E5" w:rsidRPr="00965E73" w:rsidRDefault="001865E5" w:rsidP="00F612AC">
      <w:pPr>
        <w:spacing w:before="120" w:after="1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(</w:t>
      </w:r>
      <w:r w:rsidR="00281F7B" w:rsidRPr="00965E73">
        <w:rPr>
          <w:rFonts w:ascii="Times New Roman" w:hAnsi="Times New Roman" w:cs="Times New Roman"/>
          <w:b/>
          <w:sz w:val="24"/>
          <w:szCs w:val="24"/>
          <w:lang w:val="tr-TR"/>
        </w:rPr>
        <w:t>5</w:t>
      </w: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)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Toplantılar üye tam sayısının salt çoğunluğu ile toplanır ve kararlar toplantıya katılanların oy çokluğu ile alınır. Oyların eşit olması halinde </w:t>
      </w:r>
      <w:r w:rsidR="000714E5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başkanın 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>oyu belirleyicidir.</w:t>
      </w:r>
    </w:p>
    <w:p w:rsidR="001865E5" w:rsidRPr="00965E73" w:rsidRDefault="00281F7B" w:rsidP="00F612AC">
      <w:pPr>
        <w:spacing w:before="120" w:after="120"/>
        <w:jc w:val="both"/>
        <w:rPr>
          <w:rFonts w:ascii="Times New Roman" w:hAnsi="Times New Roman" w:cs="Times New Roman"/>
          <w:bCs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lastRenderedPageBreak/>
        <w:t>(6)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1865E5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Kurul Başkanı, gerekli gördüğü durumlarda, görüşüne başvurmak üzere </w:t>
      </w:r>
      <w:r w:rsidR="00C91506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kurul </w:t>
      </w:r>
      <w:r w:rsidR="001865E5" w:rsidRPr="00965E73">
        <w:rPr>
          <w:rFonts w:ascii="Times New Roman" w:hAnsi="Times New Roman" w:cs="Times New Roman"/>
          <w:sz w:val="24"/>
          <w:szCs w:val="24"/>
          <w:lang w:val="tr-TR"/>
        </w:rPr>
        <w:t>üyesi olmayan uzman, temsilci veya kiş</w:t>
      </w:r>
      <w:r w:rsidR="00C91506" w:rsidRPr="00965E73">
        <w:rPr>
          <w:rFonts w:ascii="Times New Roman" w:hAnsi="Times New Roman" w:cs="Times New Roman"/>
          <w:sz w:val="24"/>
          <w:szCs w:val="24"/>
          <w:lang w:val="tr-TR"/>
        </w:rPr>
        <w:t>ileri toplantıya davet edebilir; ancak b</w:t>
      </w:r>
      <w:r w:rsidR="001865E5" w:rsidRPr="00965E73">
        <w:rPr>
          <w:rFonts w:ascii="Times New Roman" w:hAnsi="Times New Roman" w:cs="Times New Roman"/>
          <w:bCs/>
          <w:sz w:val="24"/>
          <w:szCs w:val="24"/>
          <w:lang w:val="tr-TR"/>
        </w:rPr>
        <w:t>u kişiler oylamaya katılamazlar.</w:t>
      </w:r>
    </w:p>
    <w:p w:rsidR="00281F7B" w:rsidRPr="00965E73" w:rsidRDefault="00281F7B" w:rsidP="00F612AC">
      <w:pPr>
        <w:spacing w:before="120" w:after="1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(7)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1865E5" w:rsidRPr="00965E73">
        <w:rPr>
          <w:rFonts w:ascii="Times New Roman" w:hAnsi="Times New Roman" w:cs="Times New Roman"/>
          <w:sz w:val="24"/>
          <w:szCs w:val="24"/>
          <w:lang w:val="tr-TR"/>
        </w:rPr>
        <w:t>Kurul kararları tavsiye</w:t>
      </w:r>
      <w:r w:rsidR="00D35763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karar</w:t>
      </w:r>
      <w:r w:rsidR="001865E5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niteliğindedir. Kararlar ve raporlar</w:t>
      </w:r>
      <w:r w:rsidR="00103DF4" w:rsidRPr="00965E73">
        <w:rPr>
          <w:rFonts w:ascii="Times New Roman" w:hAnsi="Times New Roman" w:cs="Times New Roman"/>
          <w:sz w:val="24"/>
          <w:szCs w:val="24"/>
          <w:lang w:val="tr-TR"/>
        </w:rPr>
        <w:t>,</w:t>
      </w:r>
      <w:r w:rsidR="00D35763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Senato</w:t>
      </w:r>
      <w:r w:rsidR="001865E5" w:rsidRPr="00965E73">
        <w:rPr>
          <w:rFonts w:ascii="Times New Roman" w:hAnsi="Times New Roman" w:cs="Times New Roman"/>
          <w:sz w:val="24"/>
          <w:szCs w:val="24"/>
          <w:lang w:val="tr-TR"/>
        </w:rPr>
        <w:t>’nun bilgisine sunulur.</w:t>
      </w:r>
    </w:p>
    <w:p w:rsidR="004C2727" w:rsidRPr="00965E73" w:rsidRDefault="001865E5" w:rsidP="00F612AC">
      <w:pPr>
        <w:spacing w:before="120" w:after="1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(</w:t>
      </w:r>
      <w:r w:rsidR="009F6470" w:rsidRPr="00965E73">
        <w:rPr>
          <w:rFonts w:ascii="Times New Roman" w:hAnsi="Times New Roman" w:cs="Times New Roman"/>
          <w:b/>
          <w:sz w:val="24"/>
          <w:szCs w:val="24"/>
          <w:lang w:val="tr-TR"/>
        </w:rPr>
        <w:t>8</w:t>
      </w: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)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4C2727" w:rsidRPr="00965E73">
        <w:rPr>
          <w:rFonts w:ascii="Times New Roman" w:hAnsi="Times New Roman" w:cs="Times New Roman"/>
          <w:b/>
          <w:sz w:val="24"/>
          <w:szCs w:val="24"/>
          <w:lang w:val="tr-TR"/>
        </w:rPr>
        <w:t xml:space="preserve"> </w:t>
      </w:r>
      <w:r w:rsidR="004C2727" w:rsidRPr="00965E73">
        <w:rPr>
          <w:rFonts w:ascii="Times New Roman" w:hAnsi="Times New Roman" w:cs="Times New Roman"/>
          <w:sz w:val="24"/>
          <w:szCs w:val="24"/>
          <w:lang w:val="tr-TR"/>
        </w:rPr>
        <w:t>Birimlerin Danışma Kurulu faaliyet ve kararları</w:t>
      </w:r>
      <w:r w:rsidR="00A305DE" w:rsidRPr="00965E73">
        <w:rPr>
          <w:rFonts w:ascii="Times New Roman" w:hAnsi="Times New Roman" w:cs="Times New Roman"/>
          <w:sz w:val="24"/>
          <w:szCs w:val="24"/>
          <w:lang w:val="tr-TR"/>
        </w:rPr>
        <w:t>;</w:t>
      </w:r>
      <w:r w:rsidR="004C2727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her yıl rapor haline getirilerek en geç </w:t>
      </w:r>
      <w:r w:rsidR="00103DF4" w:rsidRPr="00965E73">
        <w:rPr>
          <w:rFonts w:ascii="Times New Roman" w:hAnsi="Times New Roman" w:cs="Times New Roman"/>
          <w:sz w:val="24"/>
          <w:szCs w:val="24"/>
          <w:lang w:val="tr-TR"/>
        </w:rPr>
        <w:t>Ekim</w:t>
      </w:r>
      <w:r w:rsidR="004C2727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ayı sonuna kadar </w:t>
      </w:r>
      <w:r w:rsidR="00103DF4" w:rsidRPr="00965E73">
        <w:rPr>
          <w:rFonts w:ascii="Times New Roman" w:hAnsi="Times New Roman" w:cs="Times New Roman"/>
          <w:sz w:val="24"/>
          <w:szCs w:val="24"/>
          <w:lang w:val="tr-TR"/>
        </w:rPr>
        <w:t>Üniversite Danışma Kurulu’na</w:t>
      </w:r>
      <w:r w:rsidR="004C2727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iletilir. </w:t>
      </w:r>
      <w:r w:rsidR="00103DF4" w:rsidRPr="00965E73">
        <w:rPr>
          <w:rFonts w:ascii="Times New Roman" w:hAnsi="Times New Roman" w:cs="Times New Roman"/>
          <w:sz w:val="24"/>
          <w:szCs w:val="24"/>
          <w:lang w:val="tr-TR"/>
        </w:rPr>
        <w:t>Üniversite Danışma Kurulu</w:t>
      </w:r>
      <w:r w:rsidR="004C2727" w:rsidRPr="00965E73">
        <w:rPr>
          <w:rFonts w:ascii="Times New Roman" w:hAnsi="Times New Roman" w:cs="Times New Roman"/>
          <w:sz w:val="24"/>
          <w:szCs w:val="24"/>
          <w:lang w:val="tr-TR"/>
        </w:rPr>
        <w:t>, bu raporları dikkate alarak genel bir faaliyet raporu hazırlar ve</w:t>
      </w:r>
      <w:r w:rsidR="00103DF4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D35763" w:rsidRPr="00965E73">
        <w:rPr>
          <w:rFonts w:ascii="Times New Roman" w:hAnsi="Times New Roman" w:cs="Times New Roman"/>
          <w:sz w:val="24"/>
          <w:szCs w:val="24"/>
          <w:lang w:val="tr-TR"/>
        </w:rPr>
        <w:t>Senato’nun bilgisine sunar. Raporlar,</w:t>
      </w:r>
      <w:r w:rsidR="00103DF4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e</w:t>
      </w:r>
      <w:r w:rsidR="004C2727" w:rsidRPr="00965E73">
        <w:rPr>
          <w:rFonts w:ascii="Times New Roman" w:hAnsi="Times New Roman" w:cs="Times New Roman"/>
          <w:sz w:val="24"/>
          <w:szCs w:val="24"/>
          <w:lang w:val="tr-TR"/>
        </w:rPr>
        <w:t>n geç Aralık ayı sonuna kadar Yükseköğretim Kurulu</w:t>
      </w:r>
      <w:r w:rsidR="004E7AEB" w:rsidRPr="00965E73">
        <w:rPr>
          <w:rFonts w:ascii="Times New Roman" w:hAnsi="Times New Roman" w:cs="Times New Roman"/>
          <w:sz w:val="24"/>
          <w:szCs w:val="24"/>
          <w:lang w:val="tr-TR"/>
        </w:rPr>
        <w:t>’</w:t>
      </w:r>
      <w:r w:rsidR="004C2727" w:rsidRPr="00965E73">
        <w:rPr>
          <w:rFonts w:ascii="Times New Roman" w:hAnsi="Times New Roman" w:cs="Times New Roman"/>
          <w:sz w:val="24"/>
          <w:szCs w:val="24"/>
          <w:lang w:val="tr-TR"/>
        </w:rPr>
        <w:t>na (YÖK) iletilmek üzere hazır hale getir</w:t>
      </w:r>
      <w:r w:rsidR="00D35763" w:rsidRPr="00965E73">
        <w:rPr>
          <w:rFonts w:ascii="Times New Roman" w:hAnsi="Times New Roman" w:cs="Times New Roman"/>
          <w:sz w:val="24"/>
          <w:szCs w:val="24"/>
          <w:lang w:val="tr-TR"/>
        </w:rPr>
        <w:t>il</w:t>
      </w:r>
      <w:r w:rsidR="004C2727" w:rsidRPr="00965E73">
        <w:rPr>
          <w:rFonts w:ascii="Times New Roman" w:hAnsi="Times New Roman" w:cs="Times New Roman"/>
          <w:sz w:val="24"/>
          <w:szCs w:val="24"/>
          <w:lang w:val="tr-TR"/>
        </w:rPr>
        <w:t>ir.</w:t>
      </w:r>
    </w:p>
    <w:p w:rsidR="00B95347" w:rsidRPr="00965E73" w:rsidRDefault="00B95347" w:rsidP="00F612AC">
      <w:pPr>
        <w:pStyle w:val="NormalWeb"/>
        <w:spacing w:before="120" w:beforeAutospacing="0" w:after="120" w:afterAutospacing="0"/>
        <w:jc w:val="both"/>
        <w:rPr>
          <w:b/>
        </w:rPr>
      </w:pPr>
      <w:r w:rsidRPr="00965E73">
        <w:rPr>
          <w:b/>
          <w:bCs/>
        </w:rPr>
        <w:t>Raportörlük</w:t>
      </w:r>
    </w:p>
    <w:p w:rsidR="00103DF4" w:rsidRPr="00965E73" w:rsidRDefault="00B95347" w:rsidP="00F612AC">
      <w:pPr>
        <w:pStyle w:val="NormalWeb"/>
        <w:spacing w:before="120" w:beforeAutospacing="0" w:after="120" w:afterAutospacing="0"/>
        <w:jc w:val="both"/>
        <w:rPr>
          <w:b/>
          <w:bCs/>
        </w:rPr>
      </w:pPr>
      <w:r w:rsidRPr="00965E73">
        <w:rPr>
          <w:b/>
          <w:bCs/>
        </w:rPr>
        <w:t>MADDE 1</w:t>
      </w:r>
      <w:r w:rsidR="00DE0B75" w:rsidRPr="00965E73">
        <w:rPr>
          <w:b/>
          <w:bCs/>
        </w:rPr>
        <w:t>1</w:t>
      </w:r>
      <w:r w:rsidR="00281F7B" w:rsidRPr="00965E73">
        <w:rPr>
          <w:b/>
          <w:bCs/>
        </w:rPr>
        <w:t>-</w:t>
      </w:r>
    </w:p>
    <w:p w:rsidR="00281F7B" w:rsidRPr="00965E73" w:rsidRDefault="00B95347" w:rsidP="00F612AC">
      <w:pPr>
        <w:pStyle w:val="NormalWeb"/>
        <w:spacing w:before="120" w:beforeAutospacing="0" w:after="120" w:afterAutospacing="0"/>
        <w:jc w:val="both"/>
      </w:pPr>
      <w:r w:rsidRPr="00965E73">
        <w:rPr>
          <w:b/>
        </w:rPr>
        <w:t>(1)</w:t>
      </w:r>
      <w:r w:rsidRPr="00965E73">
        <w:t xml:space="preserve"> Üniversite Danışma Kurulu raportörlük hizmetleri Genel Sekreterlik tarafından yürütülür. </w:t>
      </w:r>
    </w:p>
    <w:p w:rsidR="00B95347" w:rsidRPr="00965E73" w:rsidRDefault="00B95347" w:rsidP="00F612AC">
      <w:pPr>
        <w:pStyle w:val="NormalWeb"/>
        <w:spacing w:before="120" w:beforeAutospacing="0" w:after="120" w:afterAutospacing="0"/>
        <w:jc w:val="both"/>
      </w:pPr>
      <w:r w:rsidRPr="00965E73">
        <w:rPr>
          <w:b/>
        </w:rPr>
        <w:t>(2)</w:t>
      </w:r>
      <w:r w:rsidRPr="00965E73">
        <w:t xml:space="preserve"> Birim Danışma Kurullarının raportörlük hizmetleri ise ilgili </w:t>
      </w:r>
      <w:r w:rsidRPr="00965E73">
        <w:rPr>
          <w:bCs/>
        </w:rPr>
        <w:t>Birim Sekreterlikleri</w:t>
      </w:r>
      <w:r w:rsidRPr="00965E73">
        <w:t xml:space="preserve"> tarafından yürütülür. Raportörler, toplantı tutanaklarının tutulması, kararların kaydedilmesi ve yıllık çalışma raporunun hazırlanması gibi idari işleri yürütür.</w:t>
      </w:r>
    </w:p>
    <w:p w:rsidR="00D66D28" w:rsidRPr="00965E73" w:rsidRDefault="00D66D28" w:rsidP="00F612AC">
      <w:pPr>
        <w:pStyle w:val="NormalWeb"/>
        <w:spacing w:before="120" w:beforeAutospacing="0" w:after="120" w:afterAutospacing="0"/>
        <w:jc w:val="both"/>
      </w:pPr>
    </w:p>
    <w:p w:rsidR="00281F7B" w:rsidRPr="00965E73" w:rsidRDefault="001865E5" w:rsidP="00281F7B">
      <w:pPr>
        <w:pStyle w:val="Balk2"/>
        <w:spacing w:before="120" w:after="120"/>
        <w:jc w:val="center"/>
        <w:rPr>
          <w:rFonts w:ascii="Times New Roman" w:hAnsi="Times New Roman" w:cs="Times New Roman"/>
          <w:color w:val="auto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color w:val="auto"/>
          <w:sz w:val="24"/>
          <w:szCs w:val="24"/>
          <w:lang w:val="tr-TR"/>
        </w:rPr>
        <w:t>BEŞİNCİ BÖLÜM</w:t>
      </w:r>
    </w:p>
    <w:p w:rsidR="008843BB" w:rsidRPr="00965E73" w:rsidRDefault="001865E5" w:rsidP="00281F7B">
      <w:pPr>
        <w:pStyle w:val="Balk2"/>
        <w:spacing w:before="120" w:after="120"/>
        <w:rPr>
          <w:rFonts w:ascii="Times New Roman" w:hAnsi="Times New Roman" w:cs="Times New Roman"/>
          <w:color w:val="auto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color w:val="auto"/>
          <w:sz w:val="24"/>
          <w:szCs w:val="24"/>
          <w:lang w:val="tr-TR"/>
        </w:rPr>
        <w:t>Yürürlük ve Yürütme</w:t>
      </w:r>
    </w:p>
    <w:p w:rsidR="00DE0B75" w:rsidRPr="00965E73" w:rsidRDefault="001865E5" w:rsidP="00F612AC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Yürürlük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br/>
      </w: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 xml:space="preserve">MADDE </w:t>
      </w:r>
      <w:r w:rsidR="00281F7B" w:rsidRPr="00965E73">
        <w:rPr>
          <w:rFonts w:ascii="Times New Roman" w:hAnsi="Times New Roman" w:cs="Times New Roman"/>
          <w:b/>
          <w:sz w:val="24"/>
          <w:szCs w:val="24"/>
          <w:lang w:val="tr-TR"/>
        </w:rPr>
        <w:t>1</w:t>
      </w:r>
      <w:r w:rsidR="00DE0B75" w:rsidRPr="00965E73">
        <w:rPr>
          <w:rFonts w:ascii="Times New Roman" w:hAnsi="Times New Roman" w:cs="Times New Roman"/>
          <w:b/>
          <w:sz w:val="24"/>
          <w:szCs w:val="24"/>
          <w:lang w:val="tr-TR"/>
        </w:rPr>
        <w:t>2-</w:t>
      </w:r>
    </w:p>
    <w:p w:rsidR="008843BB" w:rsidRPr="00965E73" w:rsidRDefault="001865E5" w:rsidP="00F612AC">
      <w:pPr>
        <w:spacing w:before="120" w:after="1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(1)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Bu </w:t>
      </w:r>
      <w:r w:rsidR="00595711" w:rsidRPr="00965E73">
        <w:rPr>
          <w:rFonts w:ascii="Times New Roman" w:hAnsi="Times New Roman" w:cs="Times New Roman"/>
          <w:sz w:val="24"/>
          <w:szCs w:val="24"/>
          <w:lang w:val="tr-TR"/>
        </w:rPr>
        <w:t>yönerge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>, Siirt Üniversitesi Sen</w:t>
      </w:r>
      <w:r w:rsidR="00D35763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atosunda kabul edildikten sonra </w:t>
      </w:r>
      <w:r w:rsidR="00B027E9" w:rsidRPr="00965E73">
        <w:rPr>
          <w:rFonts w:ascii="Times New Roman" w:hAnsi="Times New Roman" w:cs="Times New Roman"/>
          <w:sz w:val="24"/>
          <w:szCs w:val="24"/>
          <w:lang w:val="tr-TR"/>
        </w:rPr>
        <w:t>..</w:t>
      </w:r>
      <w:r w:rsidR="00D35763" w:rsidRPr="00965E73">
        <w:rPr>
          <w:rFonts w:ascii="Times New Roman" w:hAnsi="Times New Roman" w:cs="Times New Roman"/>
          <w:sz w:val="24"/>
          <w:szCs w:val="24"/>
          <w:lang w:val="tr-TR"/>
        </w:rPr>
        <w:t>.</w:t>
      </w:r>
      <w:r w:rsidR="00B027E9" w:rsidRPr="00965E73">
        <w:rPr>
          <w:rFonts w:ascii="Times New Roman" w:hAnsi="Times New Roman" w:cs="Times New Roman"/>
          <w:sz w:val="24"/>
          <w:szCs w:val="24"/>
          <w:lang w:val="tr-TR"/>
        </w:rPr>
        <w:t>/…/</w:t>
      </w:r>
      <w:r w:rsidR="00D35763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2026 tarihinden itibaren 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>yürürlüğe girer.</w:t>
      </w:r>
    </w:p>
    <w:p w:rsidR="00DE0B75" w:rsidRPr="00965E73" w:rsidRDefault="001865E5" w:rsidP="00F612AC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Yürütme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br/>
      </w: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MADDE 1</w:t>
      </w:r>
      <w:r w:rsidR="00DE0B75" w:rsidRPr="00965E73">
        <w:rPr>
          <w:rFonts w:ascii="Times New Roman" w:hAnsi="Times New Roman" w:cs="Times New Roman"/>
          <w:b/>
          <w:sz w:val="24"/>
          <w:szCs w:val="24"/>
          <w:lang w:val="tr-TR"/>
        </w:rPr>
        <w:t>3-</w:t>
      </w:r>
    </w:p>
    <w:p w:rsidR="008843BB" w:rsidRPr="00965E73" w:rsidRDefault="001865E5" w:rsidP="00F612AC">
      <w:pPr>
        <w:spacing w:before="120" w:after="1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b/>
          <w:sz w:val="24"/>
          <w:szCs w:val="24"/>
          <w:lang w:val="tr-TR"/>
        </w:rPr>
        <w:t>(1)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Bu </w:t>
      </w:r>
      <w:r w:rsidR="00595711" w:rsidRPr="00965E73">
        <w:rPr>
          <w:rFonts w:ascii="Times New Roman" w:hAnsi="Times New Roman" w:cs="Times New Roman"/>
          <w:sz w:val="24"/>
          <w:szCs w:val="24"/>
          <w:lang w:val="tr-TR"/>
        </w:rPr>
        <w:t>yönerge</w:t>
      </w:r>
      <w:r w:rsidR="00595711">
        <w:rPr>
          <w:rFonts w:ascii="Times New Roman" w:hAnsi="Times New Roman" w:cs="Times New Roman"/>
          <w:sz w:val="24"/>
          <w:szCs w:val="24"/>
          <w:lang w:val="tr-TR"/>
        </w:rPr>
        <w:t>nin</w:t>
      </w:r>
      <w:r w:rsidR="00595711"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>hükümlerini Siirt Üniversitesi Rektörü yürütür.</w:t>
      </w:r>
    </w:p>
    <w:p w:rsidR="001865E5" w:rsidRPr="00965E73" w:rsidRDefault="001865E5" w:rsidP="00F612AC">
      <w:pPr>
        <w:spacing w:before="120" w:after="12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65E73">
        <w:rPr>
          <w:rFonts w:ascii="Times New Roman" w:hAnsi="Times New Roman" w:cs="Times New Roman"/>
          <w:sz w:val="24"/>
          <w:szCs w:val="24"/>
          <w:lang w:val="tr-TR"/>
        </w:rPr>
        <w:t xml:space="preserve">Bu </w:t>
      </w:r>
      <w:r w:rsidR="00595711" w:rsidRPr="00965E73">
        <w:rPr>
          <w:rFonts w:ascii="Times New Roman" w:hAnsi="Times New Roman" w:cs="Times New Roman"/>
          <w:sz w:val="24"/>
          <w:szCs w:val="24"/>
          <w:lang w:val="tr-TR"/>
        </w:rPr>
        <w:t>yönerge</w:t>
      </w:r>
      <w:r w:rsidRPr="00965E73">
        <w:rPr>
          <w:rFonts w:ascii="Times New Roman" w:hAnsi="Times New Roman" w:cs="Times New Roman"/>
          <w:sz w:val="24"/>
          <w:szCs w:val="24"/>
          <w:lang w:val="tr-TR"/>
        </w:rPr>
        <w:t>, Siirt Üniversitesi Senatosunun ...../...../..... tarihli ve ...../..... sayılı kararıyla kabul edilmiştir.</w:t>
      </w:r>
    </w:p>
    <w:sectPr w:rsidR="001865E5" w:rsidRPr="00965E73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6987625"/>
    <w:multiLevelType w:val="hybridMultilevel"/>
    <w:tmpl w:val="50C4EC34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DF4994"/>
    <w:multiLevelType w:val="hybridMultilevel"/>
    <w:tmpl w:val="09B0FC34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AE3E0B"/>
    <w:multiLevelType w:val="hybridMultilevel"/>
    <w:tmpl w:val="DDC8C66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806572"/>
    <w:multiLevelType w:val="hybridMultilevel"/>
    <w:tmpl w:val="2EEED87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E50A0D"/>
    <w:multiLevelType w:val="hybridMultilevel"/>
    <w:tmpl w:val="4B3EFB1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1"/>
  </w:num>
  <w:num w:numId="11">
    <w:abstractNumId w:val="13"/>
  </w:num>
  <w:num w:numId="12">
    <w:abstractNumId w:val="12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141E1"/>
    <w:rsid w:val="00034616"/>
    <w:rsid w:val="0006063C"/>
    <w:rsid w:val="000714E5"/>
    <w:rsid w:val="000F5A69"/>
    <w:rsid w:val="00103DF4"/>
    <w:rsid w:val="00113391"/>
    <w:rsid w:val="00145BE6"/>
    <w:rsid w:val="0015074B"/>
    <w:rsid w:val="00162750"/>
    <w:rsid w:val="00162A37"/>
    <w:rsid w:val="001717FD"/>
    <w:rsid w:val="001865E5"/>
    <w:rsid w:val="001A0C4D"/>
    <w:rsid w:val="00263879"/>
    <w:rsid w:val="00281F7B"/>
    <w:rsid w:val="00286016"/>
    <w:rsid w:val="0029639D"/>
    <w:rsid w:val="002B2FE9"/>
    <w:rsid w:val="002C27B7"/>
    <w:rsid w:val="002C3175"/>
    <w:rsid w:val="0032345D"/>
    <w:rsid w:val="00326F90"/>
    <w:rsid w:val="00383892"/>
    <w:rsid w:val="0039405D"/>
    <w:rsid w:val="003D27C0"/>
    <w:rsid w:val="003E4D03"/>
    <w:rsid w:val="004455C3"/>
    <w:rsid w:val="00491C34"/>
    <w:rsid w:val="00494210"/>
    <w:rsid w:val="004B2524"/>
    <w:rsid w:val="004C2727"/>
    <w:rsid w:val="004E25A3"/>
    <w:rsid w:val="004E7AEB"/>
    <w:rsid w:val="00501771"/>
    <w:rsid w:val="00555141"/>
    <w:rsid w:val="00595711"/>
    <w:rsid w:val="005A5620"/>
    <w:rsid w:val="005B6E93"/>
    <w:rsid w:val="005C5175"/>
    <w:rsid w:val="005D257C"/>
    <w:rsid w:val="005E08F6"/>
    <w:rsid w:val="0063232F"/>
    <w:rsid w:val="006A0D8D"/>
    <w:rsid w:val="006B293E"/>
    <w:rsid w:val="00700F9B"/>
    <w:rsid w:val="0071169E"/>
    <w:rsid w:val="00782862"/>
    <w:rsid w:val="00784B4E"/>
    <w:rsid w:val="007A0343"/>
    <w:rsid w:val="008462BD"/>
    <w:rsid w:val="008843BB"/>
    <w:rsid w:val="00894FEF"/>
    <w:rsid w:val="008A1D4E"/>
    <w:rsid w:val="008A70A7"/>
    <w:rsid w:val="008C55E3"/>
    <w:rsid w:val="0092159E"/>
    <w:rsid w:val="009443A6"/>
    <w:rsid w:val="00965E73"/>
    <w:rsid w:val="009763AC"/>
    <w:rsid w:val="009C15CB"/>
    <w:rsid w:val="009F6470"/>
    <w:rsid w:val="00A305DE"/>
    <w:rsid w:val="00AA1D8D"/>
    <w:rsid w:val="00AB6C31"/>
    <w:rsid w:val="00AE4251"/>
    <w:rsid w:val="00B027E9"/>
    <w:rsid w:val="00B16B5A"/>
    <w:rsid w:val="00B22B41"/>
    <w:rsid w:val="00B266DD"/>
    <w:rsid w:val="00B41E79"/>
    <w:rsid w:val="00B47730"/>
    <w:rsid w:val="00B95347"/>
    <w:rsid w:val="00BA15EE"/>
    <w:rsid w:val="00BE6657"/>
    <w:rsid w:val="00C06DEE"/>
    <w:rsid w:val="00C73678"/>
    <w:rsid w:val="00C91506"/>
    <w:rsid w:val="00CB0664"/>
    <w:rsid w:val="00CC3E27"/>
    <w:rsid w:val="00CF3390"/>
    <w:rsid w:val="00D17FA9"/>
    <w:rsid w:val="00D35763"/>
    <w:rsid w:val="00D43A48"/>
    <w:rsid w:val="00D47C8F"/>
    <w:rsid w:val="00D53EE0"/>
    <w:rsid w:val="00D66D28"/>
    <w:rsid w:val="00DB33E3"/>
    <w:rsid w:val="00DE0B75"/>
    <w:rsid w:val="00E06F71"/>
    <w:rsid w:val="00E40E6F"/>
    <w:rsid w:val="00EC149B"/>
    <w:rsid w:val="00EE7A97"/>
    <w:rsid w:val="00F612AC"/>
    <w:rsid w:val="00FA78B3"/>
    <w:rsid w:val="00FB0624"/>
    <w:rsid w:val="00FC693F"/>
    <w:rsid w:val="00FD1A8A"/>
    <w:rsid w:val="00FD20F5"/>
    <w:rsid w:val="00FE4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4FF2D83E-EF03-40A9-B03F-022FC1163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B953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80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8D2E90A-A3BC-488D-9FA4-5FA19AB33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1412</Words>
  <Characters>8051</Characters>
  <Application>Microsoft Office Word</Application>
  <DocSecurity>0</DocSecurity>
  <Lines>67</Lines>
  <Paragraphs>18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9445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arın</cp:lastModifiedBy>
  <cp:revision>2</cp:revision>
  <dcterms:created xsi:type="dcterms:W3CDTF">2026-02-12T08:26:00Z</dcterms:created>
  <dcterms:modified xsi:type="dcterms:W3CDTF">2026-02-12T08:26:00Z</dcterms:modified>
  <cp:category/>
</cp:coreProperties>
</file>